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Libre Baskerville" w:hAnsi="Libre Baskerville"/>
          <w:color w:val="6B6B6B"/>
          <w:sz w:val="20"/>
        </w:rPr>
        <w:t>Stichting Democratische Vernieuwing</w:t>
      </w:r>
    </w:p>
    <w:p>
      <w:pPr>
        <w:jc w:val="center"/>
      </w:pPr>
      <w:r>
        <w:rPr>
          <w:rFonts w:ascii="IBM Plex Sans" w:hAnsi="IBM Plex Sans"/>
          <w:color w:val="6B6B6B"/>
          <w:sz w:val="16"/>
        </w:rPr>
        <w:t>Toolkit</w:t>
      </w:r>
    </w:p>
    <w:p/>
    <w:p>
      <w:r>
        <w:rPr>
          <w:rFonts w:ascii="Libre Baskerville" w:hAnsi="Libre Baskerville"/>
          <w:b/>
          <w:color w:val="0F2A22"/>
          <w:sz w:val="32"/>
        </w:rPr>
        <w:t>Machtiging (art. 8:24 Awb)</w:t>
      </w:r>
    </w:p>
    <w:p/>
    <w:p>
      <w:r>
        <w:rPr>
          <w:i/>
          <w:color w:val="6B6B6B"/>
          <w:sz w:val="20"/>
        </w:rPr>
        <w:t>Met deze machtiging geeft u de Stichting Democratische Vernieuwing de opdracht om de beroepsprocedure bij de bestuursrechter in uw naam te voeren. De rechter mag om een schriftelijke machtiging vragen (art. 8:24 Awb). Onderteken daarom deze machtiging en stuur haar mee met het beroepschrift.</w:t>
      </w:r>
    </w:p>
    <w:p>
      <w:r>
        <w:rPr>
          <w:i/>
          <w:color w:val="6B6B6B"/>
          <w:sz w:val="20"/>
        </w:rPr>
        <w:t>Deze machtiging geldt voor de procedure bij de rechtbank, met als dat nodig is een verzoek om voorlopige voorziening. Komt er later hoger beroep, dan tekent u op dat moment een nieuwe machtiging.</w:t>
      </w:r>
    </w:p>
    <w:p>
      <w:r>
        <w:rPr>
          <w:i/>
          <w:color w:val="6B6B6B"/>
          <w:sz w:val="20"/>
        </w:rPr>
        <w:t>Deze machtiging is geschreven voor een volwassene die zelf tekent. Bent u jonger dan achttien jaar, of wilt u tekenen voor iemand anders? Neem dan eerst contact op met de Stichting.</w:t>
      </w:r>
    </w:p>
    <w:p>
      <w:r>
        <w:rPr>
          <w:rFonts w:ascii="Libre Baskerville" w:hAnsi="Libre Baskerville"/>
          <w:b/>
          <w:color w:val="0F2A22"/>
          <w:sz w:val="26"/>
        </w:rPr>
        <w:t>Volmachtgever (degene die de machtiging geeft)</w:t>
      </w:r>
    </w:p>
    <w:p>
      <w:r>
        <w:rPr>
          <w:b/>
        </w:rPr>
        <w:t xml:space="preserve">Naam: </w:t>
      </w:r>
      <w:r>
        <w:t>[VUL IN: ...]</w:t>
      </w:r>
    </w:p>
    <w:p>
      <w:r>
        <w:rPr>
          <w:b/>
        </w:rPr>
        <w:t xml:space="preserve">Geboortedatum: </w:t>
      </w:r>
      <w:r>
        <w:t>[VUL IN: ...]</w:t>
      </w:r>
    </w:p>
    <w:p>
      <w:r>
        <w:rPr>
          <w:b/>
        </w:rPr>
        <w:t xml:space="preserve">Adres: </w:t>
      </w:r>
      <w:r>
        <w:t>[VUL IN: ...], [VUL IN: ...] [VUL IN: ...]</w:t>
      </w:r>
    </w:p>
    <w:p>
      <w:r>
        <w:rPr>
          <w:b/>
        </w:rPr>
        <w:t xml:space="preserve">E-mailadres: </w:t>
      </w:r>
      <w:r>
        <w:t>[VUL IN: ...]</w:t>
      </w:r>
    </w:p>
    <w:p>
      <w:r>
        <w:rPr>
          <w:b/>
        </w:rPr>
        <w:t xml:space="preserve">Telefoonnummer: </w:t>
      </w:r>
      <w:r>
        <w:t>[VUL IN: ...]</w:t>
      </w:r>
    </w:p>
    <w:p>
      <w:r>
        <w:t>Ik machtig hierbij:</w:t>
      </w:r>
    </w:p>
    <w:p>
      <w:r>
        <w:rPr>
          <w:rFonts w:ascii="Libre Baskerville" w:hAnsi="Libre Baskerville"/>
          <w:b/>
          <w:color w:val="0F2A22"/>
          <w:sz w:val="26"/>
        </w:rPr>
        <w:t>Gemachtigde</w:t>
      </w:r>
    </w:p>
    <w:p>
      <w:r>
        <w:rPr>
          <w:b/>
        </w:rPr>
        <w:t xml:space="preserve">Naam: </w:t>
      </w:r>
      <w:r>
        <w:t>Stichting Democratische Vernieuwing</w:t>
      </w:r>
    </w:p>
    <w:p>
      <w:r>
        <w:rPr>
          <w:b/>
        </w:rPr>
        <w:t xml:space="preserve">KvK-nummer: </w:t>
      </w:r>
      <w:r>
        <w:t>98379208</w:t>
      </w:r>
    </w:p>
    <w:p>
      <w:r>
        <w:rPr>
          <w:b/>
        </w:rPr>
        <w:t xml:space="preserve">Adres: </w:t>
      </w:r>
      <w:r>
        <w:t>Vissersdijk Beneden 70, 3319 GW Dordrecht</w:t>
      </w:r>
    </w:p>
    <w:p>
      <w:r>
        <w:rPr>
          <w:b/>
        </w:rPr>
        <w:t xml:space="preserve">E-mailadres: </w:t>
      </w:r>
      <w:r>
        <w:t>contact@democratischevernieuwing.org</w:t>
      </w:r>
    </w:p>
    <w:p>
      <w:r>
        <w:t>De Stichting laat de zaak feitelijk behandelen door een van haar medewerkers of door een persoon die zij daarvoor aanwijst.</w:t>
      </w:r>
    </w:p>
    <w:p>
      <w:r>
        <w:rPr>
          <w:rFonts w:ascii="Libre Baskerville" w:hAnsi="Libre Baskerville"/>
          <w:b/>
          <w:color w:val="0F2A22"/>
          <w:sz w:val="26"/>
        </w:rPr>
        <w:t>Waarvoor deze machtiging geldt</w:t>
      </w:r>
    </w:p>
    <w:p>
      <w:r>
        <w:t>De Stichting mag mij vertegenwoordigen in de beroepsprocedure bij de bestuursrechter over dit besluit:</w:t>
      </w:r>
    </w:p>
    <w:p>
      <w:r>
        <w:rPr>
          <w:b/>
        </w:rPr>
        <w:t xml:space="preserve">Bestuursorgaan: </w:t>
      </w:r>
      <w:r>
        <w:t>[VUL IN: ...]</w:t>
      </w:r>
    </w:p>
    <w:p>
      <w:r>
        <w:rPr>
          <w:b/>
        </w:rPr>
        <w:t xml:space="preserve">Datum besluit: </w:t>
      </w:r>
      <w:r>
        <w:t>[VUL IN: ...]</w:t>
      </w:r>
    </w:p>
    <w:p>
      <w:r>
        <w:rPr>
          <w:b/>
        </w:rPr>
        <w:t xml:space="preserve">Kenmerk: </w:t>
      </w:r>
      <w:r>
        <w:t>[VUL IN: ...]</w:t>
      </w:r>
    </w:p>
    <w:p>
      <w:r>
        <w:rPr>
          <w:b/>
        </w:rPr>
        <w:t xml:space="preserve">Omschrijving: </w:t>
      </w:r>
      <w:r>
        <w:t>[VUL IN: ...]</w:t>
      </w:r>
    </w:p>
    <w:p>
      <w:r>
        <w:t>De machtiging geldt ook voor elk besluit dat dit besluit intrekt, wijzigt of vervangt (art. 6:19 Awb).</w:t>
      </w:r>
    </w:p>
    <w:p>
      <w:r>
        <w:t>De Stichting mag daarbij namens mij:</w:t>
      </w:r>
    </w:p>
    <w:p>
      <w:r>
        <w:t>1. het beroepschrift en alle andere processtukken opstellen, ondertekenen en indienen, en de gronden van het beroep aanvullen;</w:t>
      </w:r>
    </w:p>
    <w:p>
      <w:r>
        <w:t>2. een verzoek om voorlopige voorziening indienen en die procedure voeren (art. 8:81 Awb);</w:t>
      </w:r>
    </w:p>
    <w:p>
      <w:r>
        <w:t>3. alle post en stukken over de procedure ontvangen en beantwoorden (art. 6:17 Awb);</w:t>
      </w:r>
    </w:p>
    <w:p>
      <w:r>
        <w:t>4. op de zitting het woord voeren;</w:t>
      </w:r>
    </w:p>
    <w:p>
      <w:r>
        <w:t>5. het griffierecht namens mij voldoen;</w:t>
      </w:r>
    </w:p>
    <w:p>
      <w:r>
        <w:t>6. het beroep of het verzoek geheel of gedeeltelijk intrekken;</w:t>
      </w:r>
    </w:p>
    <w:p>
      <w:r>
        <w:t>7. al het overige doen wat de Stichting voor deze procedure nodig of nuttig acht.</w:t>
      </w:r>
    </w:p>
    <w:p>
      <w:r>
        <w:rPr>
          <w:rFonts w:ascii="Libre Baskerville" w:hAnsi="Libre Baskerville"/>
          <w:b/>
          <w:color w:val="0F2A22"/>
          <w:sz w:val="26"/>
        </w:rPr>
        <w:t>Post</w:t>
      </w:r>
    </w:p>
    <w:p>
      <w:r>
        <w:t>Ik vraag de rechtbank en het bestuursorgaan om alle post over deze procedure te sturen aan de Stichting, op het adres dat hierboven staat.</w:t>
      </w:r>
    </w:p>
    <w:p>
      <w:r>
        <w:rPr>
          <w:rFonts w:ascii="Libre Baskerville" w:hAnsi="Libre Baskerville"/>
          <w:b/>
          <w:color w:val="0F2A22"/>
          <w:sz w:val="26"/>
        </w:rPr>
        <w:t>Duur en intrekking</w:t>
      </w:r>
    </w:p>
    <w:p>
      <w:r>
        <w:t>Deze machtiging geldt totdat de procedure bij de rechtbank is geëindigd, of totdat ik de machtiging schriftelijk intrek. Trek ik de machtiging in, dan meld ik dat aan de Stichting en aan de rechtbank.</w:t>
      </w:r>
    </w:p>
    <w:p>
      <w:r>
        <w:rPr>
          <w:rFonts w:ascii="Libre Baskerville" w:hAnsi="Libre Baskerville"/>
          <w:b/>
          <w:color w:val="0F2A22"/>
          <w:sz w:val="26"/>
        </w:rPr>
        <w:t>Aanvaarding door de Stichting</w:t>
      </w:r>
    </w:p>
    <w:p>
      <w:r>
        <w:t>De Stichting is niet verplicht een machtiging te aanvaarden; zij kan een verzoek weigeren. Aanvaardt de Stichting deze machtiging, dan blijkt dat uit haar optreden in de procedure.</w:t>
      </w:r>
    </w:p>
    <w:p>
      <w:r>
        <w:rPr>
          <w:rFonts w:ascii="Libre Baskerville" w:hAnsi="Libre Baskerville"/>
          <w:b/>
          <w:color w:val="0F2A22"/>
          <w:sz w:val="26"/>
        </w:rPr>
        <w:t>Ondertekening</w:t>
      </w:r>
    </w:p>
    <w:p>
      <w:r>
        <w:rPr>
          <w:b/>
        </w:rPr>
        <w:t xml:space="preserve">Plaats: </w:t>
      </w:r>
      <w:r>
        <w:t>[VUL IN: ...]</w:t>
      </w:r>
    </w:p>
    <w:p>
      <w:r>
        <w:rPr>
          <w:b/>
        </w:rPr>
        <w:t xml:space="preserve">Datum: </w:t>
      </w:r>
      <w:r>
        <w:t>[VUL IN: ...]</w:t>
      </w:r>
    </w:p>
    <w:p/>
    <w:p>
      <w:r>
        <w:t>Handtekening volmachtgever:</w:t>
      </w:r>
    </w:p>
    <w:p/>
    <w:p/>
    <w:p>
      <w:r>
        <w:t>_______________________________________</w:t>
      </w:r>
    </w:p>
    <w:p>
      <w:r>
        <w:t>[VUL IN: ...]</w:t>
      </w:r>
    </w:p>
    <w:sectPr w:rsidR="00FC693F" w:rsidRPr="0006063C"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IBM Plex Sans" w:hAnsi="IBM Plex San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