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9FEF" w14:textId="77777777" w:rsidR="0034289C" w:rsidRPr="00727E27" w:rsidRDefault="001C37E0">
      <w:pPr>
        <w:jc w:val="center"/>
        <w:rPr>
          <w:lang w:val="nl-NL"/>
        </w:rPr>
      </w:pPr>
      <w:r w:rsidRPr="00727E27">
        <w:rPr>
          <w:rFonts w:ascii="Libre Baskerville" w:hAnsi="Libre Baskerville"/>
          <w:color w:val="6B6B6B"/>
          <w:sz w:val="20"/>
          <w:lang w:val="nl-NL"/>
        </w:rPr>
        <w:t>Stichting Democratische Vernieuwing</w:t>
      </w:r>
    </w:p>
    <w:p w14:paraId="32134EA5" w14:textId="77777777" w:rsidR="0034289C" w:rsidRPr="00727E27" w:rsidRDefault="001C37E0">
      <w:pPr>
        <w:jc w:val="center"/>
        <w:rPr>
          <w:lang w:val="nl-NL"/>
        </w:rPr>
      </w:pPr>
      <w:r w:rsidRPr="00727E27">
        <w:rPr>
          <w:color w:val="6B6B6B"/>
          <w:sz w:val="16"/>
          <w:lang w:val="nl-NL"/>
        </w:rPr>
        <w:t>Toolkit</w:t>
      </w:r>
    </w:p>
    <w:p w14:paraId="29BCD9F9" w14:textId="77777777" w:rsidR="0034289C" w:rsidRPr="00727E27" w:rsidRDefault="0034289C">
      <w:pPr>
        <w:rPr>
          <w:lang w:val="nl-NL"/>
        </w:rPr>
      </w:pPr>
    </w:p>
    <w:p w14:paraId="4D02EA9E" w14:textId="77777777" w:rsidR="0034289C" w:rsidRPr="00727E27" w:rsidRDefault="001C37E0">
      <w:pPr>
        <w:rPr>
          <w:lang w:val="nl-NL"/>
        </w:rPr>
      </w:pPr>
      <w:r w:rsidRPr="00727E27">
        <w:rPr>
          <w:rFonts w:ascii="Libre Baskerville" w:hAnsi="Libre Baskerville"/>
          <w:b/>
          <w:color w:val="0F2A22"/>
          <w:sz w:val="32"/>
          <w:lang w:val="nl-NL"/>
        </w:rPr>
        <w:t>Model-handhavingsverzoek</w:t>
      </w:r>
    </w:p>
    <w:p w14:paraId="03EF7BFB" w14:textId="77777777" w:rsidR="0034289C" w:rsidRPr="00727E27" w:rsidRDefault="0034289C">
      <w:pPr>
        <w:rPr>
          <w:lang w:val="nl-NL"/>
        </w:rPr>
      </w:pPr>
    </w:p>
    <w:p w14:paraId="1573F1BA" w14:textId="77777777" w:rsidR="0034289C" w:rsidRPr="00727E27" w:rsidRDefault="001C37E0">
      <w:pPr>
        <w:rPr>
          <w:lang w:val="nl-NL"/>
        </w:rPr>
      </w:pPr>
      <w:r w:rsidRPr="00727E27">
        <w:rPr>
          <w:i/>
          <w:color w:val="6B6B6B"/>
          <w:sz w:val="20"/>
          <w:lang w:val="nl-NL"/>
        </w:rPr>
        <w:t xml:space="preserve">Een handhavingsverzoek dient u in bij het bestuursorgaan dat bevoegd is te handhaven, meestal het college van burgemeester en wethouders. Gebruik dit middel als een </w:t>
      </w:r>
      <w:r w:rsidRPr="00727E27">
        <w:rPr>
          <w:i/>
          <w:color w:val="6B6B6B"/>
          <w:sz w:val="20"/>
          <w:lang w:val="nl-NL"/>
        </w:rPr>
        <w:t xml:space="preserve">overtreding al plaatsvindt, bijvoorbeeld gebruik van een locatie zonder of in afwijking van een omgevingsvergunning. Het verzoek van een belanghebbende is een aanvraag in de zin van de </w:t>
      </w:r>
      <w:proofErr w:type="spellStart"/>
      <w:r w:rsidRPr="00727E27">
        <w:rPr>
          <w:i/>
          <w:color w:val="6B6B6B"/>
          <w:sz w:val="20"/>
          <w:lang w:val="nl-NL"/>
        </w:rPr>
        <w:t>Awb</w:t>
      </w:r>
      <w:proofErr w:type="spellEnd"/>
      <w:r w:rsidRPr="00727E27">
        <w:rPr>
          <w:i/>
          <w:color w:val="6B6B6B"/>
          <w:sz w:val="20"/>
          <w:lang w:val="nl-NL"/>
        </w:rPr>
        <w:t>: het bestuursorgaan moet er een besluit over nemen en tegen een weigering staat bezwaar open.</w:t>
      </w:r>
    </w:p>
    <w:p w14:paraId="1C0D2020" w14:textId="77777777" w:rsidR="0034289C" w:rsidRPr="00727E27" w:rsidRDefault="001C37E0">
      <w:pPr>
        <w:rPr>
          <w:i/>
          <w:color w:val="6B6B6B"/>
          <w:sz w:val="20"/>
          <w:lang w:val="nl-NL"/>
        </w:rPr>
      </w:pPr>
      <w:r w:rsidRPr="00727E27">
        <w:rPr>
          <w:i/>
          <w:color w:val="6B6B6B"/>
          <w:sz w:val="20"/>
          <w:lang w:val="nl-NL"/>
        </w:rPr>
        <w:t xml:space="preserve">Beslist de overheid niet binnen de termijn? Stuur dan een korte brief waarin u haar 'in gebreke stelt'. Beslist zij daarna nog eens twee weken niet, dan kunt u direct beroep instellen bij de rechter tegen het uitblijven van een besluit (art. 6:12 </w:t>
      </w:r>
      <w:proofErr w:type="spellStart"/>
      <w:r w:rsidRPr="00727E27">
        <w:rPr>
          <w:i/>
          <w:color w:val="6B6B6B"/>
          <w:sz w:val="20"/>
          <w:lang w:val="nl-NL"/>
        </w:rPr>
        <w:t>Awb</w:t>
      </w:r>
      <w:proofErr w:type="spellEnd"/>
      <w:r w:rsidRPr="00727E27">
        <w:rPr>
          <w:i/>
          <w:color w:val="6B6B6B"/>
          <w:sz w:val="20"/>
          <w:lang w:val="nl-NL"/>
        </w:rPr>
        <w:t xml:space="preserve">) en verbeurt het bestuursorgaan mogelijk een dwangsom aan u (art. 4:17 </w:t>
      </w:r>
      <w:proofErr w:type="spellStart"/>
      <w:r w:rsidRPr="00727E27">
        <w:rPr>
          <w:i/>
          <w:color w:val="6B6B6B"/>
          <w:sz w:val="20"/>
          <w:lang w:val="nl-NL"/>
        </w:rPr>
        <w:t>Awb</w:t>
      </w:r>
      <w:proofErr w:type="spellEnd"/>
      <w:r w:rsidRPr="00727E27">
        <w:rPr>
          <w:i/>
          <w:color w:val="6B6B6B"/>
          <w:sz w:val="20"/>
          <w:lang w:val="nl-NL"/>
        </w:rPr>
        <w:t>).</w:t>
      </w:r>
    </w:p>
    <w:p w14:paraId="6475F76C" w14:textId="187FD8A4" w:rsidR="00727E27" w:rsidRPr="00727E27" w:rsidRDefault="00727E27">
      <w:pPr>
        <w:rPr>
          <w:lang w:val="nl-NL"/>
        </w:rPr>
      </w:pPr>
      <w:r>
        <w:rPr>
          <w:i/>
          <w:color w:val="6B6B6B"/>
          <w:sz w:val="20"/>
          <w:lang w:val="nl-NL"/>
        </w:rPr>
        <w:t xml:space="preserve">Wijst het college dit verzoek af, of beslist het niet op tijd, terwijl de overtreding voortduurt of dreigt te verergeren? Dan kunt u tegen die weigering (na bezwaar) of tegen het uitblijven van een besluit een voorlopige voorziening vragen (art. 8:81 </w:t>
      </w:r>
      <w:proofErr w:type="spellStart"/>
      <w:r>
        <w:rPr>
          <w:i/>
          <w:color w:val="6B6B6B"/>
          <w:sz w:val="20"/>
          <w:lang w:val="nl-NL"/>
        </w:rPr>
        <w:t>Awb</w:t>
      </w:r>
      <w:proofErr w:type="spellEnd"/>
      <w:r>
        <w:rPr>
          <w:i/>
          <w:color w:val="6B6B6B"/>
          <w:sz w:val="20"/>
          <w:lang w:val="nl-NL"/>
        </w:rPr>
        <w:t xml:space="preserve">) – zie het model-verzoek voorlopige voorziening. Onderbouw daarbij concreet waarom niet op de </w:t>
      </w:r>
      <w:proofErr w:type="spellStart"/>
      <w:r>
        <w:rPr>
          <w:i/>
          <w:color w:val="6B6B6B"/>
          <w:sz w:val="20"/>
          <w:lang w:val="nl-NL"/>
        </w:rPr>
        <w:t xml:space="preserve">bezwaarprocedure </w:t>
      </w:r>
      <w:proofErr w:type="spellEnd"/>
      <w:r>
        <w:rPr>
          <w:i/>
          <w:color w:val="6B6B6B"/>
          <w:sz w:val="20"/>
          <w:lang w:val="nl-NL"/>
        </w:rPr>
        <w:t xml:space="preserve">kan worden gewacht. </w:t>
      </w:r>
    </w:p>
    <w:p w14:paraId="3E961DE7" w14:textId="77777777" w:rsidR="0034289C" w:rsidRPr="00727E27" w:rsidRDefault="001C37E0">
      <w:pPr>
        <w:spacing w:before="240"/>
        <w:rPr>
          <w:lang w:val="nl-NL"/>
        </w:rPr>
      </w:pPr>
      <w:r w:rsidRPr="00727E27">
        <w:rPr>
          <w:rFonts w:ascii="Libre Baskerville" w:hAnsi="Libre Baskerville"/>
          <w:b/>
          <w:color w:val="0F2A22"/>
          <w:sz w:val="26"/>
          <w:lang w:val="nl-NL"/>
        </w:rPr>
        <w:t>Aan</w:t>
      </w:r>
    </w:p>
    <w:p w14:paraId="2005FC30" w14:textId="77777777" w:rsidR="0034289C" w:rsidRPr="00727E27" w:rsidRDefault="001C37E0">
      <w:pPr>
        <w:rPr>
          <w:lang w:val="nl-NL"/>
        </w:rPr>
      </w:pPr>
      <w:r w:rsidRPr="00727E27">
        <w:rPr>
          <w:b/>
          <w:lang w:val="nl-NL"/>
        </w:rPr>
        <w:t xml:space="preserve">Bestuursorgaan: </w:t>
      </w:r>
      <w:r w:rsidRPr="00727E27">
        <w:rPr>
          <w:lang w:val="nl-NL"/>
        </w:rPr>
        <w:t>[VUL IN: ...]</w:t>
      </w:r>
    </w:p>
    <w:p w14:paraId="20A88C0A" w14:textId="77777777" w:rsidR="0034289C" w:rsidRPr="00727E27" w:rsidRDefault="001C37E0">
      <w:pPr>
        <w:rPr>
          <w:lang w:val="nl-NL"/>
        </w:rPr>
      </w:pPr>
      <w:r w:rsidRPr="00727E27">
        <w:rPr>
          <w:b/>
          <w:lang w:val="nl-NL"/>
        </w:rPr>
        <w:t xml:space="preserve">T.a.v.: </w:t>
      </w:r>
      <w:r w:rsidRPr="00727E27">
        <w:rPr>
          <w:lang w:val="nl-NL"/>
        </w:rPr>
        <w:t>Afdeling Toezicht en Handhaving</w:t>
      </w:r>
    </w:p>
    <w:p w14:paraId="7D1123DC" w14:textId="77777777" w:rsidR="0034289C" w:rsidRPr="00727E27" w:rsidRDefault="001C37E0">
      <w:pPr>
        <w:rPr>
          <w:lang w:val="nl-NL"/>
        </w:rPr>
      </w:pPr>
      <w:r w:rsidRPr="00727E27">
        <w:rPr>
          <w:lang w:val="nl-NL"/>
        </w:rPr>
        <w:t>[VUL IN: ...]</w:t>
      </w:r>
      <w:r w:rsidRPr="00727E27">
        <w:rPr>
          <w:lang w:val="nl-NL"/>
        </w:rPr>
        <w:br/>
        <w:t>[VUL IN: ...]</w:t>
      </w:r>
      <w:r w:rsidRPr="00727E27">
        <w:rPr>
          <w:lang w:val="nl-NL"/>
        </w:rPr>
        <w:br/>
        <w:t>[VUL IN: ...]</w:t>
      </w:r>
    </w:p>
    <w:p w14:paraId="1599B306" w14:textId="77777777" w:rsidR="0034289C" w:rsidRPr="00727E27" w:rsidRDefault="001C37E0">
      <w:pPr>
        <w:spacing w:before="240"/>
        <w:rPr>
          <w:lang w:val="nl-NL"/>
        </w:rPr>
      </w:pPr>
      <w:r w:rsidRPr="00727E27">
        <w:rPr>
          <w:rFonts w:ascii="Libre Baskerville" w:hAnsi="Libre Baskerville"/>
          <w:b/>
          <w:color w:val="0F2A22"/>
          <w:sz w:val="26"/>
          <w:lang w:val="nl-NL"/>
        </w:rPr>
        <w:t>Van</w:t>
      </w:r>
    </w:p>
    <w:p w14:paraId="4475A9A6" w14:textId="77777777" w:rsidR="0034289C" w:rsidRPr="00727E27" w:rsidRDefault="001C37E0">
      <w:pPr>
        <w:rPr>
          <w:lang w:val="nl-NL"/>
        </w:rPr>
      </w:pPr>
      <w:r w:rsidRPr="00727E27">
        <w:rPr>
          <w:b/>
          <w:lang w:val="nl-NL"/>
        </w:rPr>
        <w:t xml:space="preserve">Naam: </w:t>
      </w:r>
      <w:r w:rsidRPr="00727E27">
        <w:rPr>
          <w:lang w:val="nl-NL"/>
        </w:rPr>
        <w:t>[VUL IN: ...]</w:t>
      </w:r>
    </w:p>
    <w:p w14:paraId="70FA0F2E" w14:textId="77777777" w:rsidR="0034289C" w:rsidRPr="00727E27" w:rsidRDefault="001C37E0">
      <w:pPr>
        <w:rPr>
          <w:lang w:val="nl-NL"/>
        </w:rPr>
      </w:pPr>
      <w:r w:rsidRPr="00727E27">
        <w:rPr>
          <w:b/>
          <w:lang w:val="nl-NL"/>
        </w:rPr>
        <w:t xml:space="preserve">Adres: </w:t>
      </w:r>
      <w:r w:rsidRPr="00727E27">
        <w:rPr>
          <w:lang w:val="nl-NL"/>
        </w:rPr>
        <w:t>[VUL IN: ...]</w:t>
      </w:r>
    </w:p>
    <w:p w14:paraId="44255BA9" w14:textId="77777777" w:rsidR="0034289C" w:rsidRPr="00727E27" w:rsidRDefault="001C37E0">
      <w:pPr>
        <w:rPr>
          <w:lang w:val="nl-NL"/>
        </w:rPr>
      </w:pPr>
      <w:r w:rsidRPr="00727E27">
        <w:rPr>
          <w:b/>
          <w:lang w:val="nl-NL"/>
        </w:rPr>
        <w:t xml:space="preserve">Postcode en woonplaats: </w:t>
      </w:r>
      <w:r w:rsidRPr="00727E27">
        <w:rPr>
          <w:lang w:val="nl-NL"/>
        </w:rPr>
        <w:t>[VUL IN: ...]</w:t>
      </w:r>
    </w:p>
    <w:p w14:paraId="683A3749" w14:textId="77777777" w:rsidR="0034289C" w:rsidRPr="00727E27" w:rsidRDefault="001C37E0">
      <w:pPr>
        <w:rPr>
          <w:lang w:val="nl-NL"/>
        </w:rPr>
      </w:pPr>
      <w:r w:rsidRPr="00727E27">
        <w:rPr>
          <w:b/>
          <w:lang w:val="nl-NL"/>
        </w:rPr>
        <w:t xml:space="preserve">E-mailadres: </w:t>
      </w:r>
      <w:r w:rsidRPr="00727E27">
        <w:rPr>
          <w:lang w:val="nl-NL"/>
        </w:rPr>
        <w:t>[VUL IN: ...]</w:t>
      </w:r>
    </w:p>
    <w:p w14:paraId="1C67E402" w14:textId="77777777" w:rsidR="0034289C" w:rsidRPr="00727E27" w:rsidRDefault="001C37E0">
      <w:pPr>
        <w:rPr>
          <w:lang w:val="nl-NL"/>
        </w:rPr>
      </w:pPr>
      <w:r w:rsidRPr="00727E27">
        <w:rPr>
          <w:b/>
          <w:lang w:val="nl-NL"/>
        </w:rPr>
        <w:t xml:space="preserve">Telefoonnummer: </w:t>
      </w:r>
      <w:r w:rsidRPr="00727E27">
        <w:rPr>
          <w:lang w:val="nl-NL"/>
        </w:rPr>
        <w:t>[VUL IN: ...]</w:t>
      </w:r>
    </w:p>
    <w:p w14:paraId="58A2D733" w14:textId="77777777" w:rsidR="0034289C" w:rsidRPr="00727E27" w:rsidRDefault="001C37E0">
      <w:pPr>
        <w:spacing w:before="240"/>
        <w:rPr>
          <w:lang w:val="nl-NL"/>
        </w:rPr>
      </w:pPr>
      <w:r w:rsidRPr="00727E27">
        <w:rPr>
          <w:rFonts w:ascii="Libre Baskerville" w:hAnsi="Libre Baskerville"/>
          <w:b/>
          <w:color w:val="0F2A22"/>
          <w:sz w:val="26"/>
          <w:lang w:val="nl-NL"/>
        </w:rPr>
        <w:t>Datum</w:t>
      </w:r>
    </w:p>
    <w:p w14:paraId="7A269B63" w14:textId="77777777" w:rsidR="0034289C" w:rsidRPr="00727E27" w:rsidRDefault="001C37E0">
      <w:pPr>
        <w:rPr>
          <w:lang w:val="nl-NL"/>
        </w:rPr>
      </w:pPr>
      <w:r w:rsidRPr="00727E27">
        <w:rPr>
          <w:lang w:val="nl-NL"/>
        </w:rPr>
        <w:t>[VUL IN: ...]</w:t>
      </w:r>
    </w:p>
    <w:p w14:paraId="36241954" w14:textId="77777777" w:rsidR="0034289C" w:rsidRPr="00727E27" w:rsidRDefault="001C37E0">
      <w:pPr>
        <w:spacing w:before="240"/>
        <w:rPr>
          <w:lang w:val="nl-NL"/>
        </w:rPr>
      </w:pPr>
      <w:r w:rsidRPr="00727E27">
        <w:rPr>
          <w:rFonts w:ascii="Libre Baskerville" w:hAnsi="Libre Baskerville"/>
          <w:b/>
          <w:color w:val="0F2A22"/>
          <w:sz w:val="26"/>
          <w:lang w:val="nl-NL"/>
        </w:rPr>
        <w:t>Betreft: Verzoek om handhaving</w:t>
      </w:r>
    </w:p>
    <w:p w14:paraId="21EC88CE" w14:textId="77777777" w:rsidR="0034289C" w:rsidRPr="00727E27" w:rsidRDefault="001C37E0">
      <w:pPr>
        <w:rPr>
          <w:lang w:val="nl-NL"/>
        </w:rPr>
      </w:pPr>
      <w:r w:rsidRPr="00727E27">
        <w:rPr>
          <w:lang w:val="nl-NL"/>
        </w:rPr>
        <w:t>Locatie: [VUL IN: ...]</w:t>
      </w:r>
    </w:p>
    <w:p w14:paraId="0A48FFC9" w14:textId="77777777" w:rsidR="0034289C" w:rsidRPr="00727E27" w:rsidRDefault="001C37E0">
      <w:pPr>
        <w:rPr>
          <w:lang w:val="nl-NL"/>
        </w:rPr>
      </w:pPr>
      <w:r w:rsidRPr="00727E27">
        <w:rPr>
          <w:lang w:val="nl-NL"/>
        </w:rPr>
        <w:t>Soort opvang: [VUL IN: ...]</w:t>
      </w:r>
    </w:p>
    <w:p w14:paraId="2D89774C" w14:textId="77777777" w:rsidR="0034289C" w:rsidRPr="00727E27" w:rsidRDefault="001C37E0">
      <w:pPr>
        <w:spacing w:before="240"/>
        <w:rPr>
          <w:lang w:val="nl-NL"/>
        </w:rPr>
      </w:pPr>
      <w:r w:rsidRPr="00727E27">
        <w:rPr>
          <w:rFonts w:ascii="Libre Baskerville" w:hAnsi="Libre Baskerville"/>
          <w:b/>
          <w:color w:val="0F2A22"/>
          <w:sz w:val="26"/>
          <w:lang w:val="nl-NL"/>
        </w:rPr>
        <w:t>Geacht college,</w:t>
      </w:r>
    </w:p>
    <w:p w14:paraId="0DB257B5" w14:textId="77777777" w:rsidR="0034289C" w:rsidRPr="00727E27" w:rsidRDefault="001C37E0">
      <w:pPr>
        <w:rPr>
          <w:lang w:val="nl-NL"/>
        </w:rPr>
      </w:pPr>
      <w:r w:rsidRPr="00727E27">
        <w:rPr>
          <w:lang w:val="nl-NL"/>
        </w:rPr>
        <w:t xml:space="preserve">Hierbij verzoek ik u handhavend op te treden tegen de hieronder beschreven overtreding(en) op de locatie [VUL IN: ...]. Dit verzoek is een aanvraag in de zin van art. 1:3 lid 3 </w:t>
      </w:r>
      <w:proofErr w:type="spellStart"/>
      <w:r w:rsidRPr="00727E27">
        <w:rPr>
          <w:lang w:val="nl-NL"/>
        </w:rPr>
        <w:t>Awb</w:t>
      </w:r>
      <w:proofErr w:type="spellEnd"/>
      <w:r w:rsidRPr="00727E27">
        <w:rPr>
          <w:lang w:val="nl-NL"/>
        </w:rPr>
        <w:t>.</w:t>
      </w:r>
    </w:p>
    <w:p w14:paraId="0DDB7DF8" w14:textId="77777777" w:rsidR="0034289C" w:rsidRPr="00727E27" w:rsidRDefault="001C37E0">
      <w:pPr>
        <w:spacing w:before="240"/>
        <w:rPr>
          <w:lang w:val="nl-NL"/>
        </w:rPr>
      </w:pPr>
      <w:proofErr w:type="spellStart"/>
      <w:r w:rsidRPr="00727E27">
        <w:rPr>
          <w:rFonts w:ascii="Libre Baskerville" w:hAnsi="Libre Baskerville"/>
          <w:b/>
          <w:color w:val="0F2A22"/>
          <w:sz w:val="26"/>
          <w:lang w:val="nl-NL"/>
        </w:rPr>
        <w:t>Belanghebbendheid</w:t>
      </w:r>
      <w:proofErr w:type="spellEnd"/>
    </w:p>
    <w:p w14:paraId="387C43F3" w14:textId="77777777" w:rsidR="0034289C" w:rsidRPr="00727E27" w:rsidRDefault="001C37E0">
      <w:pPr>
        <w:rPr>
          <w:lang w:val="nl-NL"/>
        </w:rPr>
      </w:pPr>
      <w:r w:rsidRPr="00727E27">
        <w:rPr>
          <w:lang w:val="nl-NL"/>
        </w:rPr>
        <w:t xml:space="preserve">Ik ben belanghebbende in de zin van art. 1:2 </w:t>
      </w:r>
      <w:proofErr w:type="spellStart"/>
      <w:r w:rsidRPr="00727E27">
        <w:rPr>
          <w:lang w:val="nl-NL"/>
        </w:rPr>
        <w:t>Awb</w:t>
      </w:r>
      <w:proofErr w:type="spellEnd"/>
      <w:r w:rsidRPr="00727E27">
        <w:rPr>
          <w:lang w:val="nl-NL"/>
        </w:rPr>
        <w:t>. Ik woon op [VUL IN: ...], op ongeveer [VUL IN: ...] meter van de locatie. De gevolgen van de hieronder beschreven overtreding(en) raken mij rechtstreeks in mijn woon- en leefklimaat.</w:t>
      </w:r>
    </w:p>
    <w:p w14:paraId="1247853E" w14:textId="77777777" w:rsidR="0034289C" w:rsidRPr="00727E27" w:rsidRDefault="001C37E0">
      <w:pPr>
        <w:spacing w:before="240"/>
        <w:rPr>
          <w:lang w:val="nl-NL"/>
        </w:rPr>
      </w:pPr>
      <w:r w:rsidRPr="00727E27">
        <w:rPr>
          <w:rFonts w:ascii="Libre Baskerville" w:hAnsi="Libre Baskerville"/>
          <w:b/>
          <w:color w:val="0F2A22"/>
          <w:sz w:val="26"/>
          <w:lang w:val="nl-NL"/>
        </w:rPr>
        <w:t>Omschrijving van de overtreding</w:t>
      </w:r>
    </w:p>
    <w:p w14:paraId="5CCF4555" w14:textId="77777777" w:rsidR="0034289C" w:rsidRPr="00727E27" w:rsidRDefault="001C37E0">
      <w:pPr>
        <w:rPr>
          <w:lang w:val="nl-NL"/>
        </w:rPr>
      </w:pPr>
      <w:r w:rsidRPr="00727E27">
        <w:rPr>
          <w:lang w:val="nl-NL"/>
        </w:rPr>
        <w:t>Op de locatie [VUL IN: ...] vindt sinds [VUL IN: ...] de volgende activiteit plaats: [VUL IN: ...]</w:t>
      </w:r>
    </w:p>
    <w:p w14:paraId="16A3B55C" w14:textId="77777777" w:rsidR="0034289C" w:rsidRPr="00727E27" w:rsidRDefault="001C37E0">
      <w:pPr>
        <w:rPr>
          <w:lang w:val="nl-NL"/>
        </w:rPr>
      </w:pPr>
      <w:r w:rsidRPr="00727E27">
        <w:rPr>
          <w:lang w:val="nl-NL"/>
        </w:rPr>
        <w:t>1. [Beschrijf per overtreding: wat gebeurt er, waar, sinds wanneer, en met welke regel of welk vergunningvoorschrift is dat in strijd (bijvoorbeeld het omgevingsplan of een voorschrift van de omgevingsvergunning).] [VUL IN: ...]</w:t>
      </w:r>
    </w:p>
    <w:p w14:paraId="217137FB" w14:textId="77777777" w:rsidR="0034289C" w:rsidRPr="00727E27" w:rsidRDefault="001C37E0">
      <w:pPr>
        <w:rPr>
          <w:lang w:val="nl-NL"/>
        </w:rPr>
      </w:pPr>
      <w:r w:rsidRPr="00727E27">
        <w:rPr>
          <w:lang w:val="nl-NL"/>
        </w:rPr>
        <w:t xml:space="preserve">2. [VUL IN: </w:t>
      </w:r>
      <w:r w:rsidRPr="00727E27">
        <w:rPr>
          <w:lang w:val="nl-NL"/>
        </w:rPr>
        <w:t>...]</w:t>
      </w:r>
    </w:p>
    <w:p w14:paraId="0F7D5C72" w14:textId="77777777" w:rsidR="0034289C" w:rsidRPr="00727E27" w:rsidRDefault="001C37E0">
      <w:pPr>
        <w:rPr>
          <w:lang w:val="nl-NL"/>
        </w:rPr>
      </w:pPr>
      <w:r w:rsidRPr="00727E27">
        <w:rPr>
          <w:lang w:val="nl-NL"/>
        </w:rPr>
        <w:t>Ik ondervind hiervan de volgende hinder: [VUL IN: ...]</w:t>
      </w:r>
    </w:p>
    <w:p w14:paraId="57504719" w14:textId="77777777" w:rsidR="0034289C" w:rsidRPr="00727E27" w:rsidRDefault="001C37E0">
      <w:pPr>
        <w:spacing w:before="240"/>
        <w:rPr>
          <w:lang w:val="nl-NL"/>
        </w:rPr>
      </w:pPr>
      <w:r w:rsidRPr="00727E27">
        <w:rPr>
          <w:rFonts w:ascii="Libre Baskerville" w:hAnsi="Libre Baskerville"/>
          <w:b/>
          <w:color w:val="0F2A22"/>
          <w:sz w:val="26"/>
          <w:lang w:val="nl-NL"/>
        </w:rPr>
        <w:t>Beginselplicht tot handhaving</w:t>
      </w:r>
    </w:p>
    <w:p w14:paraId="3DC46113" w14:textId="77777777" w:rsidR="0034289C" w:rsidRPr="00727E27" w:rsidRDefault="001C37E0">
      <w:pPr>
        <w:rPr>
          <w:lang w:val="nl-NL"/>
        </w:rPr>
      </w:pPr>
      <w:r w:rsidRPr="00727E27">
        <w:rPr>
          <w:lang w:val="nl-NL"/>
        </w:rPr>
        <w:t>Volgens vaste rechtspraak van de Afdeling bestuursrechtspraak van de Raad van State geldt een beginselplicht tot handhaving: bij een overtreding moet het bevoegde bestuursorgaan in de regel handhavend optreden. Alleen bij bijzondere omstandigheden mag daarvan worden afgezien, bijvoorbeeld als er concreet zicht op legalisatie bestaat of als handhaving onevenredig zou zijn in verhouding tot de daarmee te dienen doelen. Van dergelijke omstandigheden is mij niet gebleken.</w:t>
      </w:r>
    </w:p>
    <w:p w14:paraId="31CCEB52" w14:textId="77777777" w:rsidR="0034289C" w:rsidRPr="00727E27" w:rsidRDefault="001C37E0">
      <w:pPr>
        <w:spacing w:before="240"/>
        <w:rPr>
          <w:lang w:val="nl-NL"/>
        </w:rPr>
      </w:pPr>
      <w:r w:rsidRPr="00727E27">
        <w:rPr>
          <w:rFonts w:ascii="Libre Baskerville" w:hAnsi="Libre Baskerville"/>
          <w:b/>
          <w:color w:val="0F2A22"/>
          <w:sz w:val="26"/>
          <w:lang w:val="nl-NL"/>
        </w:rPr>
        <w:t>Verzoek</w:t>
      </w:r>
    </w:p>
    <w:p w14:paraId="1D6C8554" w14:textId="77777777" w:rsidR="0034289C" w:rsidRPr="00727E27" w:rsidRDefault="001C37E0">
      <w:pPr>
        <w:rPr>
          <w:lang w:val="nl-NL"/>
        </w:rPr>
      </w:pPr>
      <w:r w:rsidRPr="00727E27">
        <w:rPr>
          <w:lang w:val="nl-NL"/>
        </w:rPr>
        <w:t>Ik verzoek u:</w:t>
      </w:r>
    </w:p>
    <w:p w14:paraId="6743A781" w14:textId="77777777" w:rsidR="0034289C" w:rsidRPr="00727E27" w:rsidRDefault="001C37E0">
      <w:pPr>
        <w:rPr>
          <w:lang w:val="nl-NL"/>
        </w:rPr>
      </w:pPr>
      <w:r w:rsidRPr="00727E27">
        <w:rPr>
          <w:lang w:val="nl-NL"/>
        </w:rPr>
        <w:t>1. Een onderzoek in te stellen naar de hierboven beschreven overtreding(en);</w:t>
      </w:r>
    </w:p>
    <w:p w14:paraId="297DDE59" w14:textId="77777777" w:rsidR="0034289C" w:rsidRPr="00727E27" w:rsidRDefault="001C37E0">
      <w:pPr>
        <w:rPr>
          <w:lang w:val="nl-NL"/>
        </w:rPr>
      </w:pPr>
      <w:r w:rsidRPr="00727E27">
        <w:rPr>
          <w:lang w:val="nl-NL"/>
        </w:rPr>
        <w:t xml:space="preserve">2. Handhavend op te treden door het opleggen van een last onder dwangsom of een last onder bestuursdwang (titel 5.3 </w:t>
      </w:r>
      <w:proofErr w:type="spellStart"/>
      <w:r w:rsidRPr="00727E27">
        <w:rPr>
          <w:lang w:val="nl-NL"/>
        </w:rPr>
        <w:t>Awb</w:t>
      </w:r>
      <w:proofErr w:type="spellEnd"/>
      <w:r w:rsidRPr="00727E27">
        <w:rPr>
          <w:lang w:val="nl-NL"/>
        </w:rPr>
        <w:t>);</w:t>
      </w:r>
    </w:p>
    <w:p w14:paraId="5CC7D80B" w14:textId="77777777" w:rsidR="0034289C" w:rsidRPr="00727E27" w:rsidRDefault="001C37E0">
      <w:pPr>
        <w:rPr>
          <w:lang w:val="nl-NL"/>
        </w:rPr>
      </w:pPr>
      <w:r w:rsidRPr="00727E27">
        <w:rPr>
          <w:lang w:val="nl-NL"/>
        </w:rPr>
        <w:t>3. De ontvangst van dit verzoek schriftelijk te bevestigen;</w:t>
      </w:r>
    </w:p>
    <w:p w14:paraId="79B8046B" w14:textId="77777777" w:rsidR="0034289C" w:rsidRPr="00727E27" w:rsidRDefault="001C37E0">
      <w:pPr>
        <w:rPr>
          <w:lang w:val="nl-NL"/>
        </w:rPr>
      </w:pPr>
      <w:r w:rsidRPr="00727E27">
        <w:rPr>
          <w:lang w:val="nl-NL"/>
        </w:rPr>
        <w:t xml:space="preserve">4. Binnen een redelijke termijn, uiterlijk binnen acht weken (art. 4:13 </w:t>
      </w:r>
      <w:proofErr w:type="spellStart"/>
      <w:r w:rsidRPr="00727E27">
        <w:rPr>
          <w:lang w:val="nl-NL"/>
        </w:rPr>
        <w:t>Awb</w:t>
      </w:r>
      <w:proofErr w:type="spellEnd"/>
      <w:r w:rsidRPr="00727E27">
        <w:rPr>
          <w:lang w:val="nl-NL"/>
        </w:rPr>
        <w:t>), op dit verzoek te beslissen en mij uw besluit schriftelijk mee te delen.</w:t>
      </w:r>
    </w:p>
    <w:p w14:paraId="238E88B0" w14:textId="77777777" w:rsidR="0034289C" w:rsidRPr="00727E27" w:rsidRDefault="001C37E0">
      <w:pPr>
        <w:spacing w:before="240"/>
        <w:rPr>
          <w:lang w:val="nl-NL"/>
        </w:rPr>
      </w:pPr>
      <w:r w:rsidRPr="00727E27">
        <w:rPr>
          <w:rFonts w:ascii="Libre Baskerville" w:hAnsi="Libre Baskerville"/>
          <w:b/>
          <w:color w:val="0F2A22"/>
          <w:sz w:val="26"/>
          <w:lang w:val="nl-NL"/>
        </w:rPr>
        <w:t>Bijlagen</w:t>
      </w:r>
    </w:p>
    <w:p w14:paraId="2E1E9F88" w14:textId="77777777" w:rsidR="0034289C" w:rsidRPr="00727E27" w:rsidRDefault="001C37E0">
      <w:pPr>
        <w:rPr>
          <w:lang w:val="nl-NL"/>
        </w:rPr>
      </w:pPr>
      <w:r w:rsidRPr="00727E27">
        <w:rPr>
          <w:lang w:val="nl-NL"/>
        </w:rPr>
        <w:t xml:space="preserve">1. [Logboek van </w:t>
      </w:r>
      <w:r w:rsidRPr="00727E27">
        <w:rPr>
          <w:lang w:val="nl-NL"/>
        </w:rPr>
        <w:t>overlast- of hindermomenten met data en tijdstippen;]</w:t>
      </w:r>
    </w:p>
    <w:p w14:paraId="67DAE4D8" w14:textId="77777777" w:rsidR="0034289C" w:rsidRPr="00727E27" w:rsidRDefault="001C37E0">
      <w:pPr>
        <w:rPr>
          <w:lang w:val="nl-NL"/>
        </w:rPr>
      </w:pPr>
      <w:r w:rsidRPr="00727E27">
        <w:rPr>
          <w:lang w:val="nl-NL"/>
        </w:rPr>
        <w:t>2. [Foto's of video's met datum en tijdstip;]</w:t>
      </w:r>
    </w:p>
    <w:p w14:paraId="538A1466" w14:textId="77777777" w:rsidR="0034289C" w:rsidRPr="00727E27" w:rsidRDefault="001C37E0">
      <w:pPr>
        <w:rPr>
          <w:lang w:val="nl-NL"/>
        </w:rPr>
      </w:pPr>
      <w:r w:rsidRPr="00727E27">
        <w:rPr>
          <w:lang w:val="nl-NL"/>
        </w:rPr>
        <w:t>3. [Verklaringen van omwonenden;]</w:t>
      </w:r>
    </w:p>
    <w:p w14:paraId="733D7667" w14:textId="77777777" w:rsidR="0034289C" w:rsidRPr="00727E27" w:rsidRDefault="001C37E0">
      <w:pPr>
        <w:rPr>
          <w:lang w:val="nl-NL"/>
        </w:rPr>
      </w:pPr>
      <w:r w:rsidRPr="00727E27">
        <w:rPr>
          <w:lang w:val="nl-NL"/>
        </w:rPr>
        <w:t>4. [Eerdere meldingen aan of correspondentie met de gemeente.]</w:t>
      </w:r>
    </w:p>
    <w:p w14:paraId="17F43618" w14:textId="77777777" w:rsidR="0034289C" w:rsidRPr="00727E27" w:rsidRDefault="0034289C">
      <w:pPr>
        <w:rPr>
          <w:lang w:val="nl-NL"/>
        </w:rPr>
      </w:pPr>
    </w:p>
    <w:p w14:paraId="0ECC071F" w14:textId="77777777" w:rsidR="0034289C" w:rsidRPr="00727E27" w:rsidRDefault="001C37E0">
      <w:pPr>
        <w:rPr>
          <w:lang w:val="nl-NL"/>
        </w:rPr>
      </w:pPr>
      <w:r w:rsidRPr="00727E27">
        <w:rPr>
          <w:lang w:val="nl-NL"/>
        </w:rPr>
        <w:t>Met vriendelijke groet,</w:t>
      </w:r>
    </w:p>
    <w:p w14:paraId="4439DFEB" w14:textId="77777777" w:rsidR="0034289C" w:rsidRPr="00727E27" w:rsidRDefault="0034289C">
      <w:pPr>
        <w:rPr>
          <w:lang w:val="nl-NL"/>
        </w:rPr>
      </w:pPr>
    </w:p>
    <w:p w14:paraId="7B5001ED" w14:textId="563D5316" w:rsidR="0034289C" w:rsidRPr="00727E27" w:rsidRDefault="001C37E0">
      <w:pPr>
        <w:rPr>
          <w:lang w:val="nl-NL"/>
        </w:rPr>
      </w:pPr>
      <w:r w:rsidRPr="00727E27">
        <w:rPr>
          <w:lang w:val="nl-NL"/>
        </w:rPr>
        <w:t xml:space="preserve">[VUL IN: </w:t>
      </w:r>
      <w:proofErr w:type="gramStart"/>
      <w:r w:rsidR="00727E27">
        <w:rPr>
          <w:lang w:val="nl-NL"/>
        </w:rPr>
        <w:t>handtekening /</w:t>
      </w:r>
      <w:proofErr w:type="gramEnd"/>
      <w:r w:rsidR="00727E27">
        <w:rPr>
          <w:lang w:val="nl-NL"/>
        </w:rPr>
        <w:t xml:space="preserve"> digitale ondertekening </w:t>
      </w:r>
      <w:r w:rsidRPr="00727E27">
        <w:rPr>
          <w:lang w:val="nl-NL"/>
        </w:rPr>
        <w:t>...]</w:t>
      </w:r>
    </w:p>
    <w:sectPr w:rsidR="0034289C" w:rsidRPr="00727E27"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ibre Baskerville">
    <w:panose1 w:val="02000000000000000000"/>
    <w:charset w:val="00"/>
    <w:family w:val="auto"/>
    <w:pitch w:val="variable"/>
    <w:sig w:usb0="A00000BF" w:usb1="50000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389889495">
    <w:abstractNumId w:val="8"/>
  </w:num>
  <w:num w:numId="2" w16cid:durableId="994911727">
    <w:abstractNumId w:val="6"/>
  </w:num>
  <w:num w:numId="3" w16cid:durableId="354308909">
    <w:abstractNumId w:val="5"/>
  </w:num>
  <w:num w:numId="4" w16cid:durableId="615521818">
    <w:abstractNumId w:val="4"/>
  </w:num>
  <w:num w:numId="5" w16cid:durableId="50689891">
    <w:abstractNumId w:val="7"/>
  </w:num>
  <w:num w:numId="6" w16cid:durableId="1467240773">
    <w:abstractNumId w:val="3"/>
  </w:num>
  <w:num w:numId="7" w16cid:durableId="1058279847">
    <w:abstractNumId w:val="2"/>
  </w:num>
  <w:num w:numId="8" w16cid:durableId="1823886077">
    <w:abstractNumId w:val="1"/>
  </w:num>
  <w:num w:numId="9" w16cid:durableId="31977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37E0"/>
    <w:rsid w:val="00234D62"/>
    <w:rsid w:val="0029639D"/>
    <w:rsid w:val="00326F90"/>
    <w:rsid w:val="0034289C"/>
    <w:rsid w:val="00727E2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4D5F2E"/>
  <w14:defaultImageDpi w14:val="300"/>
  <w15:docId w15:val="{1B593D55-A477-E54B-BCD7-4D007780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20"/>
    </w:pPr>
    <w:rPr>
      <w:rFonts w:ascii="IBM Plex Sans" w:hAnsi="IBM Plex Sans"/>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ind w:left="360"/>
      <w:contextualSpacing/>
    </w:pPr>
  </w:style>
  <w:style w:type="paragraph" w:styleId="Lijstvoortzetting2">
    <w:name w:val="List Continue 2"/>
    <w:basedOn w:val="Standaard"/>
    <w:uiPriority w:val="99"/>
    <w:unhideWhenUsed/>
    <w:rsid w:val="0029639D"/>
    <w:pPr>
      <w:ind w:left="720"/>
      <w:contextualSpacing/>
    </w:pPr>
  </w:style>
  <w:style w:type="paragraph" w:styleId="Lijstvoortzetting3">
    <w:name w:val="List Continue 3"/>
    <w:basedOn w:val="Standaard"/>
    <w:uiPriority w:val="99"/>
    <w:unhideWhenUsed/>
    <w:rsid w:val="0029639D"/>
    <w:pPr>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727E27"/>
    <w:rPr>
      <w:sz w:val="16"/>
      <w:szCs w:val="16"/>
    </w:rPr>
  </w:style>
  <w:style w:type="paragraph" w:styleId="Tekstopmerking">
    <w:name w:val="annotation text"/>
    <w:basedOn w:val="Standaard"/>
    <w:link w:val="TekstopmerkingChar"/>
    <w:uiPriority w:val="99"/>
    <w:semiHidden/>
    <w:unhideWhenUsed/>
    <w:rsid w:val="00727E2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7E27"/>
    <w:rPr>
      <w:rFonts w:ascii="IBM Plex Sans" w:hAnsi="IBM Plex Sans"/>
      <w:sz w:val="20"/>
      <w:szCs w:val="20"/>
    </w:rPr>
  </w:style>
  <w:style w:type="paragraph" w:styleId="Onderwerpvanopmerking">
    <w:name w:val="annotation subject"/>
    <w:basedOn w:val="Tekstopmerking"/>
    <w:next w:val="Tekstopmerking"/>
    <w:link w:val="OnderwerpvanopmerkingChar"/>
    <w:uiPriority w:val="99"/>
    <w:semiHidden/>
    <w:unhideWhenUsed/>
    <w:rsid w:val="00727E27"/>
    <w:rPr>
      <w:b/>
      <w:bCs/>
    </w:rPr>
  </w:style>
  <w:style w:type="character" w:customStyle="1" w:styleId="OnderwerpvanopmerkingChar">
    <w:name w:val="Onderwerp van opmerking Char"/>
    <w:basedOn w:val="TekstopmerkingChar"/>
    <w:link w:val="Onderwerpvanopmerking"/>
    <w:uiPriority w:val="99"/>
    <w:semiHidden/>
    <w:rsid w:val="00727E27"/>
    <w:rPr>
      <w:rFonts w:ascii="IBM Plex Sans" w:hAnsi="IBM Plex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570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Calvin Schukkink</cp:lastModifiedBy>
  <cp:revision>2</cp:revision>
  <dcterms:created xsi:type="dcterms:W3CDTF">2013-12-23T23:15:00Z</dcterms:created>
  <dcterms:modified xsi:type="dcterms:W3CDTF">2026-08-14T07:46:00Z</dcterms:modified>
  <cp:category/>
</cp:coreProperties>
</file>