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8255" w14:textId="77777777" w:rsidR="002F460D" w:rsidRPr="0042661A" w:rsidRDefault="00AD11E9">
      <w:pPr>
        <w:jc w:val="center"/>
        <w:rPr>
          <w:lang w:val="nl-NL"/>
        </w:rPr>
      </w:pPr>
      <w:r w:rsidRPr="0042661A">
        <w:rPr>
          <w:rFonts w:ascii="Libre Baskerville" w:hAnsi="Libre Baskerville"/>
          <w:color w:val="6B6B6B"/>
          <w:sz w:val="20"/>
          <w:lang w:val="nl-NL"/>
        </w:rPr>
        <w:t>Stichting Democratische Vernieuwing</w:t>
      </w:r>
    </w:p>
    <w:p w14:paraId="3DC7A14A" w14:textId="77777777" w:rsidR="002F460D" w:rsidRPr="0042661A" w:rsidRDefault="00AD11E9">
      <w:pPr>
        <w:jc w:val="center"/>
        <w:rPr>
          <w:lang w:val="nl-NL"/>
        </w:rPr>
      </w:pPr>
      <w:r w:rsidRPr="0042661A">
        <w:rPr>
          <w:color w:val="6B6B6B"/>
          <w:sz w:val="16"/>
          <w:lang w:val="nl-NL"/>
        </w:rPr>
        <w:t>Toolkit</w:t>
      </w:r>
    </w:p>
    <w:p w14:paraId="2E836661" w14:textId="77777777" w:rsidR="002F460D" w:rsidRPr="0042661A" w:rsidRDefault="002F460D">
      <w:pPr>
        <w:rPr>
          <w:lang w:val="nl-NL"/>
        </w:rPr>
      </w:pPr>
    </w:p>
    <w:p w14:paraId="01FB708F" w14:textId="77777777" w:rsidR="002F460D" w:rsidRPr="0042661A" w:rsidRDefault="00AD11E9">
      <w:pPr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32"/>
          <w:lang w:val="nl-NL"/>
        </w:rPr>
        <w:t>Model-verzoek om voorlopige voorziening</w:t>
      </w:r>
    </w:p>
    <w:p w14:paraId="2619BED8" w14:textId="77777777" w:rsidR="002F460D" w:rsidRPr="0042661A" w:rsidRDefault="002F460D">
      <w:pPr>
        <w:rPr>
          <w:lang w:val="nl-NL"/>
        </w:rPr>
      </w:pPr>
    </w:p>
    <w:p w14:paraId="44BB3458" w14:textId="60BD9973" w:rsidR="002F460D" w:rsidRPr="0042661A" w:rsidRDefault="00AD11E9">
      <w:pPr>
        <w:rPr>
          <w:lang w:val="nl-NL"/>
        </w:rPr>
      </w:pPr>
      <w:r w:rsidRPr="0042661A">
        <w:rPr>
          <w:i/>
          <w:color w:val="6B6B6B"/>
          <w:sz w:val="20"/>
          <w:lang w:val="nl-NL"/>
        </w:rPr>
        <w:t xml:space="preserve">Een voorlopige voorziening wordt ingediend bij de voorzieningenrechter van de bestuursrechter. Het doel is om het besluit voorlopig op te schorten totdat de </w:t>
      </w:r>
      <w:r w:rsidRPr="0042661A">
        <w:rPr>
          <w:i/>
          <w:color w:val="6B6B6B"/>
          <w:sz w:val="20"/>
          <w:lang w:val="nl-NL"/>
        </w:rPr>
        <w:t>bezwaar- of beroepsprocedure is afgerond. U moet aannemelijk maken dat er een spoedeisend belang is.</w:t>
      </w:r>
      <w:r w:rsidR="0042661A">
        <w:rPr>
          <w:i/>
          <w:color w:val="6B6B6B"/>
          <w:sz w:val="20"/>
          <w:lang w:val="nl-NL"/>
        </w:rPr>
        <w:t xml:space="preserve"> </w:t>
      </w:r>
      <w:r w:rsidR="0042661A">
        <w:rPr>
          <w:i/>
          <w:color w:val="6B6B6B"/>
          <w:sz w:val="20"/>
          <w:lang w:val="nl-NL"/>
        </w:rPr>
        <w:t>Daarnaast moet u in het verzoek kort duidelijk maken dat het besluit dat u bestrijdt onrechtmatig is. Daarvoor is een korte verwijzing naar de gronden in uw bezwaarschrift/beroepschrift voldoende.</w:t>
      </w:r>
    </w:p>
    <w:p w14:paraId="5CD3F693" w14:textId="77777777" w:rsidR="002F460D" w:rsidRPr="0042661A" w:rsidRDefault="00AD11E9">
      <w:pPr>
        <w:rPr>
          <w:lang w:val="nl-NL"/>
        </w:rPr>
      </w:pPr>
      <w:r w:rsidRPr="0042661A">
        <w:rPr>
          <w:i/>
          <w:color w:val="6B6B6B"/>
          <w:sz w:val="20"/>
          <w:lang w:val="nl-NL"/>
        </w:rPr>
        <w:t>Bezwaar maken bij de gemeente is gratis. Voor beroep bij de rechter en voor een voorlopige voorziening betaalt u griffierecht (het actuele tarief staat op rechtspraak.nl). Betaal dit vóór de datum in de brief van de rechtbank: betaalt u te laat, dan behandelt de rechter uw zaak niet. Kunt u het niet betalen, meld dit dan direct bij de rechtbank.</w:t>
      </w:r>
    </w:p>
    <w:p w14:paraId="17DAA0F3" w14:textId="40863B17" w:rsidR="00A621DF" w:rsidRDefault="00A621DF">
      <w:pPr>
        <w:rPr>
          <w:i/>
          <w:color w:val="6B6B6B"/>
          <w:sz w:val="20"/>
          <w:lang w:val="nl-NL"/>
        </w:rPr>
      </w:pPr>
      <w:r>
        <w:rPr>
          <w:i/>
          <w:color w:val="6B6B6B"/>
          <w:sz w:val="20"/>
          <w:lang w:val="nl-NL"/>
        </w:rPr>
        <w:t>Als uw bezwaar of beroep al loopt, voegt u daar een kopie van bij. Óf u verzoekt om een voorlopige voorziening tegelijk met het indienen van bezwaar of beroep. In dat geval verwijst u daarnaar. Houd ook rekening met griffierecht.</w:t>
      </w:r>
    </w:p>
    <w:p w14:paraId="16A78950" w14:textId="77777777" w:rsidR="00A621DF" w:rsidRDefault="00A621DF">
      <w:pPr>
        <w:spacing w:before="240"/>
        <w:rPr>
          <w:i/>
          <w:color w:val="6B6B6B"/>
          <w:sz w:val="20"/>
          <w:lang w:val="nl-NL"/>
        </w:rPr>
      </w:pPr>
    </w:p>
    <w:p w14:paraId="0D6B7C9D" w14:textId="234484CE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Aan</w:t>
      </w:r>
    </w:p>
    <w:p w14:paraId="6F98405D" w14:textId="77777777" w:rsidR="002F460D" w:rsidRPr="0042661A" w:rsidRDefault="00AD11E9">
      <w:pPr>
        <w:rPr>
          <w:lang w:val="nl-NL"/>
        </w:rPr>
      </w:pPr>
      <w:r w:rsidRPr="0042661A">
        <w:rPr>
          <w:b/>
          <w:lang w:val="nl-NL"/>
        </w:rPr>
        <w:t xml:space="preserve">Rechtsprekend orgaan: </w:t>
      </w:r>
      <w:r w:rsidRPr="0042661A">
        <w:rPr>
          <w:lang w:val="nl-NL"/>
        </w:rPr>
        <w:t>[VUL IN: ...]</w:t>
      </w:r>
    </w:p>
    <w:p w14:paraId="3EEA2BDE" w14:textId="77777777" w:rsidR="002F460D" w:rsidRPr="0042661A" w:rsidRDefault="00AD11E9">
      <w:pPr>
        <w:rPr>
          <w:lang w:val="nl-NL"/>
        </w:rPr>
      </w:pPr>
      <w:r w:rsidRPr="0042661A">
        <w:rPr>
          <w:b/>
          <w:lang w:val="nl-NL"/>
        </w:rPr>
        <w:t xml:space="preserve">Afdeling: </w:t>
      </w:r>
      <w:r w:rsidRPr="0042661A">
        <w:rPr>
          <w:lang w:val="nl-NL"/>
        </w:rPr>
        <w:t>Bestuursrecht</w:t>
      </w:r>
    </w:p>
    <w:p w14:paraId="38A1B5B2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Verzoeker</w:t>
      </w:r>
    </w:p>
    <w:p w14:paraId="2EC44389" w14:textId="77777777" w:rsidR="002F460D" w:rsidRPr="0042661A" w:rsidRDefault="00AD11E9">
      <w:pPr>
        <w:rPr>
          <w:lang w:val="nl-NL"/>
        </w:rPr>
      </w:pPr>
      <w:r w:rsidRPr="0042661A">
        <w:rPr>
          <w:b/>
          <w:lang w:val="nl-NL"/>
        </w:rPr>
        <w:t xml:space="preserve">Naam: </w:t>
      </w:r>
      <w:r w:rsidRPr="0042661A">
        <w:rPr>
          <w:lang w:val="nl-NL"/>
        </w:rPr>
        <w:t>[VUL IN: ...]</w:t>
      </w:r>
    </w:p>
    <w:p w14:paraId="3A5F9864" w14:textId="77777777" w:rsidR="002F460D" w:rsidRDefault="00AD11E9">
      <w:r w:rsidRPr="0042661A">
        <w:rPr>
          <w:b/>
          <w:lang w:val="nl-NL"/>
        </w:rPr>
        <w:t xml:space="preserve">Adres: </w:t>
      </w:r>
      <w:r w:rsidRPr="0042661A">
        <w:rPr>
          <w:lang w:val="nl-NL"/>
        </w:rPr>
        <w:t xml:space="preserve">[VUL IN: ...], [VUL IN: ...] </w:t>
      </w:r>
      <w:r>
        <w:t>[VUL IN: ...]</w:t>
      </w:r>
    </w:p>
    <w:p w14:paraId="006601F5" w14:textId="77777777" w:rsidR="002F460D" w:rsidRDefault="00AD11E9">
      <w:r>
        <w:rPr>
          <w:b/>
        </w:rPr>
        <w:t xml:space="preserve">E-mailadres: </w:t>
      </w:r>
      <w:r>
        <w:t>[VUL IN: ...]</w:t>
      </w:r>
    </w:p>
    <w:p w14:paraId="6465CE5F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Verweerder</w:t>
      </w:r>
    </w:p>
    <w:p w14:paraId="30AAFF76" w14:textId="77777777" w:rsidR="002F460D" w:rsidRPr="0042661A" w:rsidRDefault="00AD11E9">
      <w:pPr>
        <w:rPr>
          <w:lang w:val="nl-NL"/>
        </w:rPr>
      </w:pPr>
      <w:r w:rsidRPr="0042661A">
        <w:rPr>
          <w:b/>
          <w:lang w:val="nl-NL"/>
        </w:rPr>
        <w:t xml:space="preserve">Naam: </w:t>
      </w:r>
      <w:r w:rsidRPr="0042661A">
        <w:rPr>
          <w:lang w:val="nl-NL"/>
        </w:rPr>
        <w:t>[VUL IN: ...]</w:t>
      </w:r>
    </w:p>
    <w:p w14:paraId="2B1717C7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Datum</w:t>
      </w:r>
    </w:p>
    <w:p w14:paraId="2FF7F2D4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[VUL IN: ...]</w:t>
      </w:r>
    </w:p>
    <w:p w14:paraId="562B7812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 xml:space="preserve">Betreft: Verzoek om voorlopige voorziening (art. 8:81 </w:t>
      </w:r>
      <w:proofErr w:type="spellStart"/>
      <w:r w:rsidRPr="0042661A">
        <w:rPr>
          <w:rFonts w:ascii="Libre Baskerville" w:hAnsi="Libre Baskerville"/>
          <w:b/>
          <w:color w:val="0F2A22"/>
          <w:sz w:val="26"/>
          <w:lang w:val="nl-NL"/>
        </w:rPr>
        <w:t>Awb</w:t>
      </w:r>
      <w:proofErr w:type="spellEnd"/>
      <w:r w:rsidRPr="0042661A">
        <w:rPr>
          <w:rFonts w:ascii="Libre Baskerville" w:hAnsi="Libre Baskerville"/>
          <w:b/>
          <w:color w:val="0F2A22"/>
          <w:sz w:val="26"/>
          <w:lang w:val="nl-NL"/>
        </w:rPr>
        <w:t>)</w:t>
      </w:r>
    </w:p>
    <w:p w14:paraId="5CAA2833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Bestreden besluit: [VUL IN: ...]</w:t>
      </w:r>
    </w:p>
    <w:p w14:paraId="06D50851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Locatie: [VUL IN: ...]</w:t>
      </w:r>
    </w:p>
    <w:p w14:paraId="35ACD275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Soort opvang: [VUL IN: ...]</w:t>
      </w:r>
    </w:p>
    <w:p w14:paraId="4212B3D6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Parallelle procedure: bezwaarschrift ingediend op [VUL IN: ...]</w:t>
      </w:r>
    </w:p>
    <w:p w14:paraId="6289F0B5" w14:textId="77777777" w:rsidR="002F460D" w:rsidRDefault="00AD11E9">
      <w:pPr>
        <w:spacing w:before="240"/>
      </w:pPr>
      <w:proofErr w:type="spellStart"/>
      <w:r>
        <w:rPr>
          <w:rFonts w:ascii="Libre Baskerville" w:hAnsi="Libre Baskerville"/>
          <w:b/>
          <w:color w:val="0F2A22"/>
          <w:sz w:val="26"/>
        </w:rPr>
        <w:t>Geachte</w:t>
      </w:r>
      <w:proofErr w:type="spellEnd"/>
      <w:r>
        <w:rPr>
          <w:rFonts w:ascii="Libre Baskerville" w:hAnsi="Libre Baskerville"/>
          <w:b/>
          <w:color w:val="0F2A22"/>
          <w:sz w:val="26"/>
        </w:rPr>
        <w:t xml:space="preserve"> </w:t>
      </w:r>
      <w:proofErr w:type="spellStart"/>
      <w:r>
        <w:rPr>
          <w:rFonts w:ascii="Libre Baskerville" w:hAnsi="Libre Baskerville"/>
          <w:b/>
          <w:color w:val="0F2A22"/>
          <w:sz w:val="26"/>
        </w:rPr>
        <w:t>voorzieningenrechter</w:t>
      </w:r>
      <w:proofErr w:type="spellEnd"/>
      <w:r>
        <w:rPr>
          <w:rFonts w:ascii="Libre Baskerville" w:hAnsi="Libre Baskerville"/>
          <w:b/>
          <w:color w:val="0F2A22"/>
          <w:sz w:val="26"/>
        </w:rPr>
        <w:t>,</w:t>
      </w:r>
    </w:p>
    <w:p w14:paraId="60E43308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 xml:space="preserve">Onder verwijzing naar het door mij ingediende bezwaarschrift tegen het besluit van [VUL IN: ...] tot verlening van een omgevingsvergunning voor de </w:t>
      </w:r>
      <w:r w:rsidRPr="0042661A">
        <w:rPr>
          <w:lang w:val="nl-NL"/>
        </w:rPr>
        <w:t xml:space="preserve">realisatie </w:t>
      </w:r>
      <w:r w:rsidRPr="0042661A">
        <w:rPr>
          <w:lang w:val="nl-NL"/>
        </w:rPr>
        <w:t xml:space="preserve">van een [VUL IN: ...] op de locatie [VUL IN: ...], verzoek ik u een voorlopige voorziening te treffen als bedoeld in art. 8:81 </w:t>
      </w:r>
      <w:proofErr w:type="spellStart"/>
      <w:r w:rsidRPr="0042661A">
        <w:rPr>
          <w:lang w:val="nl-NL"/>
        </w:rPr>
        <w:t>Awb</w:t>
      </w:r>
      <w:proofErr w:type="spellEnd"/>
      <w:r w:rsidRPr="0042661A">
        <w:rPr>
          <w:lang w:val="nl-NL"/>
        </w:rPr>
        <w:t>.</w:t>
      </w:r>
    </w:p>
    <w:p w14:paraId="2D86AD99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Spoedeisend belang</w:t>
      </w:r>
    </w:p>
    <w:p w14:paraId="22BE8B71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Er is een spoedeisend belang. [VUL IN: ...]</w:t>
      </w:r>
    </w:p>
    <w:p w14:paraId="499CA0B2" w14:textId="77777777" w:rsidR="00A621DF" w:rsidRDefault="00A621DF">
      <w:pPr>
        <w:spacing w:before="240"/>
        <w:rPr>
          <w:rFonts w:ascii="Libre Baskerville" w:hAnsi="Libre Baskerville"/>
          <w:b/>
          <w:color w:val="0F2A22"/>
          <w:sz w:val="26"/>
          <w:lang w:val="nl-NL"/>
        </w:rPr>
      </w:pPr>
    </w:p>
    <w:p w14:paraId="5EA228EF" w14:textId="7F826D00" w:rsidR="0042661A" w:rsidRDefault="00A621DF">
      <w:pPr>
        <w:spacing w:before="240"/>
        <w:rPr>
          <w:rFonts w:ascii="Libre Baskerville" w:hAnsi="Libre Baskerville"/>
          <w:b/>
          <w:color w:val="0F2A22"/>
          <w:sz w:val="26"/>
          <w:lang w:val="nl-NL"/>
        </w:rPr>
      </w:pPr>
      <w:r>
        <w:rPr>
          <w:rFonts w:ascii="Libre Baskerville" w:hAnsi="Libre Baskerville"/>
          <w:b/>
          <w:color w:val="0F2A22"/>
          <w:sz w:val="26"/>
          <w:lang w:val="nl-NL"/>
        </w:rPr>
        <w:t>Voorlopig rechtmatigheidsoordeel</w:t>
      </w:r>
    </w:p>
    <w:p w14:paraId="78FA8C96" w14:textId="17261FA6" w:rsidR="0042661A" w:rsidRPr="0042661A" w:rsidRDefault="0042661A">
      <w:pPr>
        <w:spacing w:before="240"/>
        <w:rPr>
          <w:bCs/>
          <w:color w:val="000000" w:themeColor="text1"/>
          <w:lang w:val="nl-NL"/>
        </w:rPr>
      </w:pPr>
      <w:r w:rsidRPr="0042661A">
        <w:rPr>
          <w:bCs/>
          <w:color w:val="000000" w:themeColor="text1"/>
          <w:lang w:val="nl-NL"/>
        </w:rPr>
        <w:t>Voor de gronden waarop dit verzoek berust, verwijs ik kortheidshalve naar mijn bezwaarschrift/beroepschrift van [</w:t>
      </w:r>
      <w:r w:rsidR="00A621DF">
        <w:rPr>
          <w:bCs/>
          <w:color w:val="000000" w:themeColor="text1"/>
          <w:lang w:val="nl-NL"/>
        </w:rPr>
        <w:t>DATUM</w:t>
      </w:r>
      <w:r w:rsidRPr="0042661A">
        <w:rPr>
          <w:bCs/>
          <w:color w:val="000000" w:themeColor="text1"/>
          <w:lang w:val="nl-NL"/>
        </w:rPr>
        <w:t>], dat ik als hier herhaald en ingelast beschouw en als bijlage bijvoeg. Samengevat: [VUL IN: korte kernsamenvatting van de sterkste 1-2 gronden]</w:t>
      </w:r>
      <w:r w:rsidR="00A621DF">
        <w:rPr>
          <w:bCs/>
          <w:color w:val="000000" w:themeColor="text1"/>
          <w:lang w:val="nl-NL"/>
        </w:rPr>
        <w:t>.</w:t>
      </w:r>
    </w:p>
    <w:p w14:paraId="11D83635" w14:textId="77777777" w:rsidR="0042661A" w:rsidRDefault="0042661A">
      <w:pPr>
        <w:spacing w:before="240"/>
        <w:rPr>
          <w:rFonts w:ascii="Libre Baskerville" w:hAnsi="Libre Baskerville"/>
          <w:b/>
          <w:color w:val="0F2A22"/>
          <w:sz w:val="26"/>
          <w:lang w:val="nl-NL"/>
        </w:rPr>
      </w:pPr>
    </w:p>
    <w:p w14:paraId="02F8451F" w14:textId="0E093238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Belangenafweging</w:t>
      </w:r>
    </w:p>
    <w:p w14:paraId="09806C4A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Het belang van spoedige rechtsbescherming weegt zwaarder dan het belang van het college. [VUL IN: ...]</w:t>
      </w:r>
    </w:p>
    <w:p w14:paraId="1EC704F1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 xml:space="preserve">Gevorderde </w:t>
      </w:r>
      <w:r w:rsidRPr="0042661A">
        <w:rPr>
          <w:rFonts w:ascii="Libre Baskerville" w:hAnsi="Libre Baskerville"/>
          <w:b/>
          <w:color w:val="0F2A22"/>
          <w:sz w:val="26"/>
          <w:lang w:val="nl-NL"/>
        </w:rPr>
        <w:t>voorziening</w:t>
      </w:r>
    </w:p>
    <w:p w14:paraId="5415428B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Ik verzoek de voorzieningenrechter het besluit van [VUL IN: ...] tot verlening van de omgevingsvergunning voorlopig op te schorten, althans zodanige voorziening te treffen als de rechter juist acht, met veroordeling van verweerder in de kosten van dit geding.</w:t>
      </w:r>
    </w:p>
    <w:p w14:paraId="4EA6B782" w14:textId="77777777" w:rsidR="002F460D" w:rsidRPr="0042661A" w:rsidRDefault="00AD11E9">
      <w:pPr>
        <w:spacing w:before="240"/>
        <w:rPr>
          <w:lang w:val="nl-NL"/>
        </w:rPr>
      </w:pPr>
      <w:r w:rsidRPr="0042661A">
        <w:rPr>
          <w:rFonts w:ascii="Libre Baskerville" w:hAnsi="Libre Baskerville"/>
          <w:b/>
          <w:color w:val="0F2A22"/>
          <w:sz w:val="26"/>
          <w:lang w:val="nl-NL"/>
        </w:rPr>
        <w:t>Bijlagen</w:t>
      </w:r>
    </w:p>
    <w:p w14:paraId="6CDAD2C3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1. Kopie van mijn bezwaarschrift/beroepschrift (verplicht);</w:t>
      </w:r>
    </w:p>
    <w:p w14:paraId="21D46932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2. Kopie van het bestreden besluit;</w:t>
      </w:r>
    </w:p>
    <w:p w14:paraId="6CD45B48" w14:textId="77777777" w:rsidR="002F460D" w:rsidRPr="0042661A" w:rsidRDefault="00AD11E9">
      <w:pPr>
        <w:rPr>
          <w:lang w:val="nl-NL"/>
        </w:rPr>
      </w:pPr>
      <w:r w:rsidRPr="0042661A">
        <w:rPr>
          <w:lang w:val="nl-NL"/>
        </w:rPr>
        <w:t>3. Bewijs van de spoed (bijv. aankondiging start bouw).</w:t>
      </w:r>
    </w:p>
    <w:p w14:paraId="29BEDB3C" w14:textId="77777777" w:rsidR="002F460D" w:rsidRPr="0042661A" w:rsidRDefault="002F460D">
      <w:pPr>
        <w:rPr>
          <w:lang w:val="nl-NL"/>
        </w:rPr>
      </w:pPr>
    </w:p>
    <w:p w14:paraId="19ED4CDD" w14:textId="77777777" w:rsidR="002F460D" w:rsidRPr="00A621DF" w:rsidRDefault="00AD11E9">
      <w:pPr>
        <w:rPr>
          <w:lang w:val="nl-NL"/>
        </w:rPr>
      </w:pPr>
      <w:r w:rsidRPr="00A621DF">
        <w:rPr>
          <w:lang w:val="nl-NL"/>
        </w:rPr>
        <w:t>Met hoogachting,</w:t>
      </w:r>
    </w:p>
    <w:p w14:paraId="3FAA7960" w14:textId="77777777" w:rsidR="002F460D" w:rsidRPr="00A621DF" w:rsidRDefault="002F460D">
      <w:pPr>
        <w:rPr>
          <w:lang w:val="nl-NL"/>
        </w:rPr>
      </w:pPr>
    </w:p>
    <w:p w14:paraId="09FF2F78" w14:textId="5AF2B506" w:rsidR="002F460D" w:rsidRPr="00A621DF" w:rsidRDefault="00AD11E9">
      <w:pPr>
        <w:rPr>
          <w:lang w:val="nl-NL"/>
        </w:rPr>
      </w:pPr>
      <w:r w:rsidRPr="00A621DF">
        <w:rPr>
          <w:lang w:val="nl-NL"/>
        </w:rPr>
        <w:t xml:space="preserve">[VUL IN: </w:t>
      </w:r>
      <w:proofErr w:type="gramStart"/>
      <w:r w:rsidR="00A621DF" w:rsidRPr="00A621DF">
        <w:rPr>
          <w:lang w:val="nl-NL"/>
        </w:rPr>
        <w:t>handtekening /</w:t>
      </w:r>
      <w:proofErr w:type="gramEnd"/>
      <w:r w:rsidR="00A621DF" w:rsidRPr="00A621DF">
        <w:rPr>
          <w:lang w:val="nl-NL"/>
        </w:rPr>
        <w:t xml:space="preserve"> digitale ondertekening </w:t>
      </w:r>
      <w:r w:rsidRPr="00A621DF">
        <w:rPr>
          <w:lang w:val="nl-NL"/>
        </w:rPr>
        <w:t>...]</w:t>
      </w:r>
    </w:p>
    <w:sectPr w:rsidR="002F460D" w:rsidRPr="00A621DF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22813">
    <w:abstractNumId w:val="8"/>
  </w:num>
  <w:num w:numId="2" w16cid:durableId="572473008">
    <w:abstractNumId w:val="6"/>
  </w:num>
  <w:num w:numId="3" w16cid:durableId="487983387">
    <w:abstractNumId w:val="5"/>
  </w:num>
  <w:num w:numId="4" w16cid:durableId="977954854">
    <w:abstractNumId w:val="4"/>
  </w:num>
  <w:num w:numId="5" w16cid:durableId="885946198">
    <w:abstractNumId w:val="7"/>
  </w:num>
  <w:num w:numId="6" w16cid:durableId="1111974970">
    <w:abstractNumId w:val="3"/>
  </w:num>
  <w:num w:numId="7" w16cid:durableId="1520002584">
    <w:abstractNumId w:val="2"/>
  </w:num>
  <w:num w:numId="8" w16cid:durableId="1555507385">
    <w:abstractNumId w:val="1"/>
  </w:num>
  <w:num w:numId="9" w16cid:durableId="161906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4D62"/>
    <w:rsid w:val="0029639D"/>
    <w:rsid w:val="002F460D"/>
    <w:rsid w:val="00326F90"/>
    <w:rsid w:val="0042661A"/>
    <w:rsid w:val="00A621DF"/>
    <w:rsid w:val="00AA1D8D"/>
    <w:rsid w:val="00AD11E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3C618"/>
  <w14:defaultImageDpi w14:val="300"/>
  <w15:docId w15:val="{1B593D55-A477-E54B-BCD7-4D00778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20"/>
    </w:pPr>
    <w:rPr>
      <w:rFonts w:ascii="IBM Plex Sans" w:hAnsi="IBM Plex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266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66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661A"/>
    <w:rPr>
      <w:rFonts w:ascii="IBM Plex Sans" w:hAnsi="IBM Plex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66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661A"/>
    <w:rPr>
      <w:rFonts w:ascii="IBM Plex Sans" w:hAnsi="IBM Plex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441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Calvin Schukkink</cp:lastModifiedBy>
  <cp:revision>2</cp:revision>
  <dcterms:created xsi:type="dcterms:W3CDTF">2013-12-23T23:15:00Z</dcterms:created>
  <dcterms:modified xsi:type="dcterms:W3CDTF">2026-08-14T06:59:00Z</dcterms:modified>
  <cp:category/>
</cp:coreProperties>
</file>