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C5A6" w14:textId="77777777" w:rsidR="003608BC" w:rsidRPr="00C35ED0" w:rsidRDefault="008A54F7">
      <w:pPr>
        <w:jc w:val="center"/>
        <w:rPr>
          <w:lang w:val="nl-NL"/>
        </w:rPr>
      </w:pPr>
      <w:r w:rsidRPr="00C35ED0">
        <w:rPr>
          <w:rFonts w:ascii="Libre Baskerville" w:hAnsi="Libre Baskerville"/>
          <w:color w:val="6B6B6B"/>
          <w:sz w:val="20"/>
          <w:lang w:val="nl-NL"/>
        </w:rPr>
        <w:t>Stichting Democratische Vernieuwing</w:t>
      </w:r>
    </w:p>
    <w:p w14:paraId="37737002" w14:textId="77777777" w:rsidR="003608BC" w:rsidRPr="00C35ED0" w:rsidRDefault="008A54F7">
      <w:pPr>
        <w:jc w:val="center"/>
        <w:rPr>
          <w:lang w:val="nl-NL"/>
        </w:rPr>
      </w:pPr>
      <w:r w:rsidRPr="00C35ED0">
        <w:rPr>
          <w:color w:val="6B6B6B"/>
          <w:sz w:val="16"/>
          <w:lang w:val="nl-NL"/>
        </w:rPr>
        <w:t>Toolkit</w:t>
      </w:r>
    </w:p>
    <w:p w14:paraId="629CDC8F" w14:textId="77777777" w:rsidR="003608BC" w:rsidRPr="00C35ED0" w:rsidRDefault="003608BC">
      <w:pPr>
        <w:rPr>
          <w:lang w:val="nl-NL"/>
        </w:rPr>
      </w:pPr>
    </w:p>
    <w:p w14:paraId="36C64001" w14:textId="77777777" w:rsidR="003608BC" w:rsidRPr="00C35ED0" w:rsidRDefault="008A54F7">
      <w:pPr>
        <w:rPr>
          <w:lang w:val="nl-NL"/>
        </w:rPr>
      </w:pPr>
      <w:r w:rsidRPr="00C35ED0">
        <w:rPr>
          <w:rFonts w:ascii="Libre Baskerville" w:hAnsi="Libre Baskerville"/>
          <w:b/>
          <w:color w:val="0F2A22"/>
          <w:sz w:val="32"/>
          <w:lang w:val="nl-NL"/>
        </w:rPr>
        <w:t>Model-bezwaarschrift</w:t>
      </w:r>
    </w:p>
    <w:p w14:paraId="6E9228F9" w14:textId="77777777" w:rsidR="003608BC" w:rsidRPr="00C35ED0" w:rsidRDefault="003608BC">
      <w:pPr>
        <w:rPr>
          <w:lang w:val="nl-NL"/>
        </w:rPr>
      </w:pPr>
    </w:p>
    <w:p w14:paraId="783AC4A6" w14:textId="77777777" w:rsidR="003608BC" w:rsidRPr="00C35ED0" w:rsidRDefault="008A54F7">
      <w:pPr>
        <w:rPr>
          <w:lang w:val="nl-NL"/>
        </w:rPr>
      </w:pPr>
      <w:r w:rsidRPr="00C35ED0">
        <w:rPr>
          <w:i/>
          <w:color w:val="6B6B6B"/>
          <w:sz w:val="20"/>
          <w:lang w:val="nl-NL"/>
        </w:rPr>
        <w:t xml:space="preserve">De bezwaartermijn is zes weken (art. 6:7 </w:t>
      </w:r>
      <w:proofErr w:type="spellStart"/>
      <w:r w:rsidRPr="00C35ED0">
        <w:rPr>
          <w:i/>
          <w:color w:val="6B6B6B"/>
          <w:sz w:val="20"/>
          <w:lang w:val="nl-NL"/>
        </w:rPr>
        <w:t>Awb</w:t>
      </w:r>
      <w:proofErr w:type="spellEnd"/>
      <w:r w:rsidRPr="00C35ED0">
        <w:rPr>
          <w:i/>
          <w:color w:val="6B6B6B"/>
          <w:sz w:val="20"/>
          <w:lang w:val="nl-NL"/>
        </w:rPr>
        <w:t xml:space="preserve">) en begint op de dag na de bekendmaking van het besluit (art. 6:8 </w:t>
      </w:r>
      <w:proofErr w:type="spellStart"/>
      <w:r w:rsidRPr="00C35ED0">
        <w:rPr>
          <w:i/>
          <w:color w:val="6B6B6B"/>
          <w:sz w:val="20"/>
          <w:lang w:val="nl-NL"/>
        </w:rPr>
        <w:t>Awb</w:t>
      </w:r>
      <w:proofErr w:type="spellEnd"/>
      <w:r w:rsidRPr="00C35ED0">
        <w:rPr>
          <w:i/>
          <w:color w:val="6B6B6B"/>
          <w:sz w:val="20"/>
          <w:lang w:val="nl-NL"/>
        </w:rPr>
        <w:t xml:space="preserve">). Richt u tot het bestuursorgaan dat het besluit heeft genomen. U </w:t>
      </w:r>
      <w:r w:rsidRPr="00C35ED0">
        <w:rPr>
          <w:i/>
          <w:color w:val="6B6B6B"/>
          <w:sz w:val="20"/>
          <w:lang w:val="nl-NL"/>
        </w:rPr>
        <w:t xml:space="preserve">heeft recht op een hoorzitting (art. 7:2 </w:t>
      </w:r>
      <w:proofErr w:type="spellStart"/>
      <w:r w:rsidRPr="00C35ED0">
        <w:rPr>
          <w:i/>
          <w:color w:val="6B6B6B"/>
          <w:sz w:val="20"/>
          <w:lang w:val="nl-NL"/>
        </w:rPr>
        <w:t>Awb</w:t>
      </w:r>
      <w:proofErr w:type="spellEnd"/>
      <w:r w:rsidRPr="00C35ED0">
        <w:rPr>
          <w:i/>
          <w:color w:val="6B6B6B"/>
          <w:sz w:val="20"/>
          <w:lang w:val="nl-NL"/>
        </w:rPr>
        <w:t>).</w:t>
      </w:r>
    </w:p>
    <w:p w14:paraId="01971F9A" w14:textId="77777777" w:rsidR="003608BC" w:rsidRPr="00C35ED0" w:rsidRDefault="008A54F7">
      <w:pPr>
        <w:rPr>
          <w:lang w:val="nl-NL"/>
        </w:rPr>
      </w:pPr>
      <w:r w:rsidRPr="00C35ED0">
        <w:rPr>
          <w:i/>
          <w:color w:val="6B6B6B"/>
          <w:sz w:val="20"/>
          <w:lang w:val="nl-NL"/>
        </w:rPr>
        <w:t xml:space="preserve">Bijna geen tijd meer? Stuur dan nu vast een kort bezwaarschrift met uw naam, adres, de datum en om welk besluit het gaat, en schrijf erbij dat u de argumenten later aanvult (een 'pro-formabezwaar'). U krijgt dan een extra termijn voor uw argumenten (art. 6:6 </w:t>
      </w:r>
      <w:proofErr w:type="spellStart"/>
      <w:r w:rsidRPr="00C35ED0">
        <w:rPr>
          <w:i/>
          <w:color w:val="6B6B6B"/>
          <w:sz w:val="20"/>
          <w:lang w:val="nl-NL"/>
        </w:rPr>
        <w:t>Awb</w:t>
      </w:r>
      <w:proofErr w:type="spellEnd"/>
      <w:r w:rsidRPr="00C35ED0">
        <w:rPr>
          <w:i/>
          <w:color w:val="6B6B6B"/>
          <w:sz w:val="20"/>
          <w:lang w:val="nl-NL"/>
        </w:rPr>
        <w:t>). Te laat indienen is bijna nooit te herstellen — te vroeg met weinig argumenten wél.</w:t>
      </w:r>
    </w:p>
    <w:p w14:paraId="1DA3FDD6" w14:textId="77777777" w:rsidR="003608BC" w:rsidRDefault="008A54F7">
      <w:pPr>
        <w:rPr>
          <w:i/>
          <w:color w:val="6B6B6B"/>
          <w:sz w:val="20"/>
          <w:lang w:val="nl-NL"/>
        </w:rPr>
      </w:pPr>
      <w:r w:rsidRPr="00C35ED0">
        <w:rPr>
          <w:i/>
          <w:color w:val="6B6B6B"/>
          <w:sz w:val="20"/>
          <w:lang w:val="nl-NL"/>
        </w:rPr>
        <w:t xml:space="preserve">Verstuurt u per post? U bent op tijd als uw brief vóór het einde van de termijn op de bus zit én binnen een week na afloop van de termijn aankomt (art. 6:9 </w:t>
      </w:r>
      <w:proofErr w:type="spellStart"/>
      <w:r w:rsidRPr="00C35ED0">
        <w:rPr>
          <w:i/>
          <w:color w:val="6B6B6B"/>
          <w:sz w:val="20"/>
          <w:lang w:val="nl-NL"/>
        </w:rPr>
        <w:t>Awb</w:t>
      </w:r>
      <w:proofErr w:type="spellEnd"/>
      <w:r w:rsidRPr="00C35ED0">
        <w:rPr>
          <w:i/>
          <w:color w:val="6B6B6B"/>
          <w:sz w:val="20"/>
          <w:lang w:val="nl-NL"/>
        </w:rPr>
        <w:t>). De datum van het poststempel telt als bewijs: verstuur daarom aangetekend, of lever de brief af tegen een ontvangstbevestiging.</w:t>
      </w:r>
    </w:p>
    <w:p w14:paraId="4ED921C0" w14:textId="5AE8A355" w:rsidR="000A5E35" w:rsidRDefault="000A5E35">
      <w:pPr>
        <w:rPr>
          <w:i/>
          <w:color w:val="6B6B6B"/>
          <w:sz w:val="20"/>
          <w:lang w:val="nl-NL"/>
        </w:rPr>
      </w:pPr>
      <w:r>
        <w:rPr>
          <w:i/>
          <w:color w:val="6B6B6B"/>
          <w:sz w:val="20"/>
          <w:lang w:val="nl-NL"/>
        </w:rPr>
        <w:t xml:space="preserve">Let op: dit bezwaarschrift schorst de werking van het besluit niet. Dreigt de vergunninghouder te gaan bouwen of de opvang te starten vóórdat op uw bezwaar is beslist? Vraag dan een voorlopige voorziening (art. 8:81 </w:t>
      </w:r>
      <w:proofErr w:type="spellStart"/>
      <w:r>
        <w:rPr>
          <w:i/>
          <w:color w:val="6B6B6B"/>
          <w:sz w:val="20"/>
          <w:lang w:val="nl-NL"/>
        </w:rPr>
        <w:t>Awb</w:t>
      </w:r>
      <w:proofErr w:type="spellEnd"/>
      <w:r>
        <w:rPr>
          <w:i/>
          <w:color w:val="6B6B6B"/>
          <w:sz w:val="20"/>
          <w:lang w:val="nl-NL"/>
        </w:rPr>
        <w:t>) aan de voorzieningenrechter van de rechtbank.</w:t>
      </w:r>
    </w:p>
    <w:p w14:paraId="7C9CF40C" w14:textId="77777777" w:rsidR="000A5E35" w:rsidRPr="00C35ED0" w:rsidRDefault="000A5E35">
      <w:pPr>
        <w:rPr>
          <w:lang w:val="nl-NL"/>
        </w:rPr>
      </w:pPr>
    </w:p>
    <w:p w14:paraId="374DB8A3" w14:textId="77777777" w:rsidR="003608BC" w:rsidRPr="00C35ED0" w:rsidRDefault="008A54F7">
      <w:pPr>
        <w:spacing w:before="240"/>
        <w:rPr>
          <w:lang w:val="nl-NL"/>
        </w:rPr>
      </w:pPr>
      <w:r w:rsidRPr="00C35ED0">
        <w:rPr>
          <w:rFonts w:ascii="Libre Baskerville" w:hAnsi="Libre Baskerville"/>
          <w:b/>
          <w:color w:val="0F2A22"/>
          <w:sz w:val="26"/>
          <w:lang w:val="nl-NL"/>
        </w:rPr>
        <w:t>Aan</w:t>
      </w:r>
    </w:p>
    <w:p w14:paraId="3BB1058B" w14:textId="77777777" w:rsidR="003608BC" w:rsidRPr="00C35ED0" w:rsidRDefault="008A54F7">
      <w:pPr>
        <w:rPr>
          <w:lang w:val="nl-NL"/>
        </w:rPr>
      </w:pPr>
      <w:r w:rsidRPr="00C35ED0">
        <w:rPr>
          <w:b/>
          <w:lang w:val="nl-NL"/>
        </w:rPr>
        <w:t xml:space="preserve">Bestuursorgaan: </w:t>
      </w:r>
      <w:r w:rsidRPr="00C35ED0">
        <w:rPr>
          <w:lang w:val="nl-NL"/>
        </w:rPr>
        <w:t>[VUL IN: ...]</w:t>
      </w:r>
    </w:p>
    <w:p w14:paraId="112E69D5" w14:textId="77777777" w:rsidR="003608BC" w:rsidRPr="00C35ED0" w:rsidRDefault="008A54F7">
      <w:pPr>
        <w:rPr>
          <w:lang w:val="nl-NL"/>
        </w:rPr>
      </w:pPr>
      <w:r w:rsidRPr="00C35ED0">
        <w:rPr>
          <w:lang w:val="nl-NL"/>
        </w:rPr>
        <w:t>[VUL IN: ...]</w:t>
      </w:r>
      <w:r w:rsidRPr="00C35ED0">
        <w:rPr>
          <w:lang w:val="nl-NL"/>
        </w:rPr>
        <w:br/>
        <w:t>[VUL IN: ...]</w:t>
      </w:r>
      <w:r w:rsidRPr="00C35ED0">
        <w:rPr>
          <w:lang w:val="nl-NL"/>
        </w:rPr>
        <w:br/>
        <w:t>[VUL IN: ...]</w:t>
      </w:r>
    </w:p>
    <w:p w14:paraId="3C9EDD08" w14:textId="77777777" w:rsidR="003608BC" w:rsidRPr="00C35ED0" w:rsidRDefault="008A54F7">
      <w:pPr>
        <w:spacing w:before="240"/>
        <w:rPr>
          <w:lang w:val="nl-NL"/>
        </w:rPr>
      </w:pPr>
      <w:r w:rsidRPr="00C35ED0">
        <w:rPr>
          <w:rFonts w:ascii="Libre Baskerville" w:hAnsi="Libre Baskerville"/>
          <w:b/>
          <w:color w:val="0F2A22"/>
          <w:sz w:val="26"/>
          <w:lang w:val="nl-NL"/>
        </w:rPr>
        <w:t>Van</w:t>
      </w:r>
    </w:p>
    <w:p w14:paraId="35924EC7" w14:textId="77777777" w:rsidR="003608BC" w:rsidRPr="00C35ED0" w:rsidRDefault="008A54F7">
      <w:pPr>
        <w:rPr>
          <w:lang w:val="nl-NL"/>
        </w:rPr>
      </w:pPr>
      <w:r w:rsidRPr="00C35ED0">
        <w:rPr>
          <w:b/>
          <w:lang w:val="nl-NL"/>
        </w:rPr>
        <w:t xml:space="preserve">Naam: </w:t>
      </w:r>
      <w:r w:rsidRPr="00C35ED0">
        <w:rPr>
          <w:lang w:val="nl-NL"/>
        </w:rPr>
        <w:t>[VUL IN: ...]</w:t>
      </w:r>
    </w:p>
    <w:p w14:paraId="48E4FE16" w14:textId="77777777" w:rsidR="003608BC" w:rsidRDefault="008A54F7">
      <w:r w:rsidRPr="00C35ED0">
        <w:rPr>
          <w:b/>
          <w:lang w:val="nl-NL"/>
        </w:rPr>
        <w:t xml:space="preserve">Adres: </w:t>
      </w:r>
      <w:r w:rsidRPr="00C35ED0">
        <w:rPr>
          <w:lang w:val="nl-NL"/>
        </w:rPr>
        <w:t xml:space="preserve">[VUL IN: ...], [VUL IN: ...] </w:t>
      </w:r>
      <w:r>
        <w:t>[VUL IN: ...]</w:t>
      </w:r>
    </w:p>
    <w:p w14:paraId="13F46B03" w14:textId="77777777" w:rsidR="003608BC" w:rsidRDefault="008A54F7">
      <w:r>
        <w:rPr>
          <w:b/>
        </w:rPr>
        <w:t xml:space="preserve">E-mailadres: </w:t>
      </w:r>
      <w:r>
        <w:t>[VUL IN: ...]</w:t>
      </w:r>
    </w:p>
    <w:p w14:paraId="22B9FD7A" w14:textId="77777777" w:rsidR="003608BC" w:rsidRPr="00C35ED0" w:rsidRDefault="008A54F7">
      <w:pPr>
        <w:rPr>
          <w:lang w:val="nl-NL"/>
        </w:rPr>
      </w:pPr>
      <w:r w:rsidRPr="00C35ED0">
        <w:rPr>
          <w:b/>
          <w:lang w:val="nl-NL"/>
        </w:rPr>
        <w:t xml:space="preserve">Telefoonnummer: </w:t>
      </w:r>
      <w:r w:rsidRPr="00C35ED0">
        <w:rPr>
          <w:lang w:val="nl-NL"/>
        </w:rPr>
        <w:t>[VUL IN: ...]</w:t>
      </w:r>
    </w:p>
    <w:p w14:paraId="543DEB50" w14:textId="77777777" w:rsidR="003608BC" w:rsidRPr="00C35ED0" w:rsidRDefault="008A54F7">
      <w:pPr>
        <w:spacing w:before="240"/>
        <w:rPr>
          <w:lang w:val="nl-NL"/>
        </w:rPr>
      </w:pPr>
      <w:r w:rsidRPr="00C35ED0">
        <w:rPr>
          <w:rFonts w:ascii="Libre Baskerville" w:hAnsi="Libre Baskerville"/>
          <w:b/>
          <w:color w:val="0F2A22"/>
          <w:sz w:val="26"/>
          <w:lang w:val="nl-NL"/>
        </w:rPr>
        <w:t>Datum</w:t>
      </w:r>
    </w:p>
    <w:p w14:paraId="66794C87" w14:textId="77777777" w:rsidR="003608BC" w:rsidRPr="00C35ED0" w:rsidRDefault="008A54F7">
      <w:pPr>
        <w:rPr>
          <w:lang w:val="nl-NL"/>
        </w:rPr>
      </w:pPr>
      <w:r w:rsidRPr="00C35ED0">
        <w:rPr>
          <w:lang w:val="nl-NL"/>
        </w:rPr>
        <w:t>[VUL IN: ...]</w:t>
      </w:r>
    </w:p>
    <w:p w14:paraId="5679C988" w14:textId="77777777" w:rsidR="003608BC" w:rsidRPr="00C35ED0" w:rsidRDefault="008A54F7">
      <w:pPr>
        <w:spacing w:before="240"/>
        <w:rPr>
          <w:lang w:val="nl-NL"/>
        </w:rPr>
      </w:pPr>
      <w:r w:rsidRPr="00C35ED0">
        <w:rPr>
          <w:rFonts w:ascii="Libre Baskerville" w:hAnsi="Libre Baskerville"/>
          <w:b/>
          <w:color w:val="0F2A22"/>
          <w:sz w:val="26"/>
          <w:lang w:val="nl-NL"/>
        </w:rPr>
        <w:t>Betreft: Bezwaarschrift tegen besluit tot verlening omgevingsvergunning</w:t>
      </w:r>
    </w:p>
    <w:p w14:paraId="1935553A" w14:textId="77777777" w:rsidR="003608BC" w:rsidRPr="00C35ED0" w:rsidRDefault="008A54F7">
      <w:pPr>
        <w:rPr>
          <w:lang w:val="nl-NL"/>
        </w:rPr>
      </w:pPr>
      <w:r w:rsidRPr="00C35ED0">
        <w:rPr>
          <w:lang w:val="nl-NL"/>
        </w:rPr>
        <w:t>Besluit van: [VUL IN: ...]</w:t>
      </w:r>
    </w:p>
    <w:p w14:paraId="2E135E59" w14:textId="77777777" w:rsidR="003608BC" w:rsidRPr="00C35ED0" w:rsidRDefault="008A54F7">
      <w:pPr>
        <w:rPr>
          <w:lang w:val="nl-NL"/>
        </w:rPr>
      </w:pPr>
      <w:r w:rsidRPr="00C35ED0">
        <w:rPr>
          <w:lang w:val="nl-NL"/>
        </w:rPr>
        <w:t>Kenmerk: [VUL IN: ...]</w:t>
      </w:r>
    </w:p>
    <w:p w14:paraId="381752BA" w14:textId="77777777" w:rsidR="003608BC" w:rsidRPr="00C35ED0" w:rsidRDefault="008A54F7">
      <w:pPr>
        <w:rPr>
          <w:lang w:val="nl-NL"/>
        </w:rPr>
      </w:pPr>
      <w:r w:rsidRPr="00C35ED0">
        <w:rPr>
          <w:lang w:val="nl-NL"/>
        </w:rPr>
        <w:t>Locatie: [VUL IN: ...]</w:t>
      </w:r>
    </w:p>
    <w:p w14:paraId="71CD6D9A" w14:textId="77777777" w:rsidR="003608BC" w:rsidRPr="00C35ED0" w:rsidRDefault="008A54F7">
      <w:pPr>
        <w:rPr>
          <w:lang w:val="nl-NL"/>
        </w:rPr>
      </w:pPr>
      <w:r w:rsidRPr="00C35ED0">
        <w:rPr>
          <w:lang w:val="nl-NL"/>
        </w:rPr>
        <w:t>Soort opvang: [VUL IN: ...]</w:t>
      </w:r>
    </w:p>
    <w:p w14:paraId="70F2AA73" w14:textId="77777777" w:rsidR="003608BC" w:rsidRPr="00C35ED0" w:rsidRDefault="008A54F7">
      <w:pPr>
        <w:rPr>
          <w:lang w:val="nl-NL"/>
        </w:rPr>
      </w:pPr>
      <w:r w:rsidRPr="00C35ED0">
        <w:rPr>
          <w:lang w:val="nl-NL"/>
        </w:rPr>
        <w:t>Zaaknummer: [VUL IN: ...]</w:t>
      </w:r>
    </w:p>
    <w:p w14:paraId="2881E135" w14:textId="77777777" w:rsidR="003608BC" w:rsidRPr="00C35ED0" w:rsidRDefault="008A54F7">
      <w:pPr>
        <w:rPr>
          <w:lang w:val="nl-NL"/>
        </w:rPr>
      </w:pPr>
      <w:r w:rsidRPr="00C35ED0">
        <w:rPr>
          <w:lang w:val="nl-NL"/>
        </w:rPr>
        <w:t>Aantal opvangplaatsen: [VUL IN: ...]</w:t>
      </w:r>
    </w:p>
    <w:p w14:paraId="19A98998" w14:textId="77777777" w:rsidR="003608BC" w:rsidRPr="00C35ED0" w:rsidRDefault="008A54F7">
      <w:pPr>
        <w:spacing w:before="240"/>
        <w:rPr>
          <w:lang w:val="nl-NL"/>
        </w:rPr>
      </w:pPr>
      <w:r w:rsidRPr="00C35ED0">
        <w:rPr>
          <w:rFonts w:ascii="Libre Baskerville" w:hAnsi="Libre Baskerville"/>
          <w:b/>
          <w:color w:val="0F2A22"/>
          <w:sz w:val="26"/>
          <w:lang w:val="nl-NL"/>
        </w:rPr>
        <w:t>Geacht college van burgemeester en wethouders,</w:t>
      </w:r>
    </w:p>
    <w:p w14:paraId="18104FCF" w14:textId="77777777" w:rsidR="003608BC" w:rsidRPr="00C35ED0" w:rsidRDefault="008A54F7">
      <w:pPr>
        <w:rPr>
          <w:lang w:val="nl-NL"/>
        </w:rPr>
      </w:pPr>
      <w:r w:rsidRPr="00C35ED0">
        <w:rPr>
          <w:lang w:val="nl-NL"/>
        </w:rPr>
        <w:t xml:space="preserve">Hierbij maak ik bezwaar tegen het besluit van [VUL IN: ...] tot verlening van een omgevingsvergunning voor de </w:t>
      </w:r>
      <w:r w:rsidRPr="00C35ED0">
        <w:rPr>
          <w:lang w:val="nl-NL"/>
        </w:rPr>
        <w:t xml:space="preserve">realisatie </w:t>
      </w:r>
      <w:r w:rsidRPr="00C35ED0">
        <w:rPr>
          <w:lang w:val="nl-NL"/>
        </w:rPr>
        <w:t>van een [VUL IN: ...] op de locatie [VUL IN: ...], gemeente [VUL IN: ...], kenmerk [VUL IN: ...].</w:t>
      </w:r>
    </w:p>
    <w:p w14:paraId="44D26588" w14:textId="77777777" w:rsidR="003608BC" w:rsidRPr="00C35ED0" w:rsidRDefault="008A54F7">
      <w:pPr>
        <w:spacing w:before="240"/>
        <w:rPr>
          <w:lang w:val="nl-NL"/>
        </w:rPr>
      </w:pPr>
      <w:proofErr w:type="spellStart"/>
      <w:r w:rsidRPr="00C35ED0">
        <w:rPr>
          <w:rFonts w:ascii="Libre Baskerville" w:hAnsi="Libre Baskerville"/>
          <w:b/>
          <w:color w:val="0F2A22"/>
          <w:sz w:val="26"/>
          <w:lang w:val="nl-NL"/>
        </w:rPr>
        <w:t>Belanghebbendheid</w:t>
      </w:r>
      <w:proofErr w:type="spellEnd"/>
    </w:p>
    <w:p w14:paraId="568DE820" w14:textId="77777777" w:rsidR="003608BC" w:rsidRPr="00C35ED0" w:rsidRDefault="008A54F7">
      <w:pPr>
        <w:rPr>
          <w:lang w:val="nl-NL"/>
        </w:rPr>
      </w:pPr>
      <w:r w:rsidRPr="00C35ED0">
        <w:rPr>
          <w:lang w:val="nl-NL"/>
        </w:rPr>
        <w:t xml:space="preserve">Ik ben belanghebbende in de zin van art. 1:2 </w:t>
      </w:r>
      <w:proofErr w:type="spellStart"/>
      <w:r w:rsidRPr="00C35ED0">
        <w:rPr>
          <w:lang w:val="nl-NL"/>
        </w:rPr>
        <w:t>Awb</w:t>
      </w:r>
      <w:proofErr w:type="spellEnd"/>
      <w:r w:rsidRPr="00C35ED0">
        <w:rPr>
          <w:lang w:val="nl-NL"/>
        </w:rPr>
        <w:t xml:space="preserve">. Ik woon op [VUL IN: ...], op ongeveer [VUL IN: </w:t>
      </w:r>
      <w:r w:rsidRPr="00C35ED0">
        <w:rPr>
          <w:lang w:val="nl-NL"/>
        </w:rPr>
        <w:t>...] meter van de opvanglocatie. Het besluit raakt mijn directe leefomgeving en mijn persoonlijke belangen op het gebied van veiligheid, gezondheid, woongenot en waardedaling van mijn woning.</w:t>
      </w:r>
    </w:p>
    <w:p w14:paraId="1D0EE5AD" w14:textId="77777777" w:rsidR="003608BC" w:rsidRPr="00C35ED0" w:rsidRDefault="008A54F7">
      <w:pPr>
        <w:spacing w:before="240"/>
        <w:rPr>
          <w:lang w:val="nl-NL"/>
        </w:rPr>
      </w:pPr>
      <w:r w:rsidRPr="00C35ED0">
        <w:rPr>
          <w:rFonts w:ascii="Libre Baskerville" w:hAnsi="Libre Baskerville"/>
          <w:b/>
          <w:color w:val="0F2A22"/>
          <w:sz w:val="26"/>
          <w:lang w:val="nl-NL"/>
        </w:rPr>
        <w:t>Gronden van bezwaar</w:t>
      </w:r>
    </w:p>
    <w:p w14:paraId="5F8DCD5A" w14:textId="77777777" w:rsidR="003608BC" w:rsidRPr="00C35ED0" w:rsidRDefault="008A54F7">
      <w:pPr>
        <w:rPr>
          <w:lang w:val="nl-NL"/>
        </w:rPr>
      </w:pPr>
      <w:r w:rsidRPr="00C35ED0">
        <w:rPr>
          <w:lang w:val="nl-NL"/>
        </w:rPr>
        <w:t xml:space="preserve">Eerste grond: schending van het zorgvuldigheidsbeginsel (art. 3:2 </w:t>
      </w:r>
      <w:proofErr w:type="spellStart"/>
      <w:r w:rsidRPr="00C35ED0">
        <w:rPr>
          <w:lang w:val="nl-NL"/>
        </w:rPr>
        <w:t>Awb</w:t>
      </w:r>
      <w:proofErr w:type="spellEnd"/>
      <w:r w:rsidRPr="00C35ED0">
        <w:rPr>
          <w:lang w:val="nl-NL"/>
        </w:rPr>
        <w:t>)</w:t>
      </w:r>
    </w:p>
    <w:p w14:paraId="5E0BD5AD" w14:textId="77777777" w:rsidR="003608BC" w:rsidRPr="00C35ED0" w:rsidRDefault="008A54F7">
      <w:pPr>
        <w:rPr>
          <w:lang w:val="nl-NL"/>
        </w:rPr>
      </w:pPr>
      <w:r w:rsidRPr="00C35ED0">
        <w:rPr>
          <w:lang w:val="nl-NL"/>
        </w:rPr>
        <w:t>Het college heeft onvoldoende onderzoek gedaan naar de draagkracht van de gemeente en de gevolgen van de opvanglocatie voor de omgeving. [VUL IN: ...]</w:t>
      </w:r>
    </w:p>
    <w:p w14:textId="77777777" w:rsidR="003608BC" w:rsidRPr="00C35ED0" w:rsidRDefault="008A54F7">
      <w:pPr>
        <w:rPr>
          <w:lang w:val="nl-NL"/>
        </w:rPr>
      </w:pPr>
      <w:r>
        <w:rPr>
          <w:lang w:val="nl-NL"/>
        </w:rPr>
        <w:t xml:space="preserve">Tweede grond: gebrekkige belangenafweging (art. 3:4 lid 1 Awb)</w:t>
      </w:r>
    </w:p>
    <w:p w14:textId="77777777" w:rsidR="003608BC" w:rsidRPr="00C35ED0" w:rsidRDefault="008A54F7">
      <w:pPr>
        <w:rPr>
          <w:lang w:val="nl-NL"/>
        </w:rPr>
      </w:pPr>
      <w:r>
        <w:rPr>
          <w:lang w:val="nl-NL"/>
        </w:rPr>
        <w:t xml:space="preserve">Het college heeft de individuele belangen van omwonenden, waaronder mijn belang bij [VUL IN: ...], niet concreet meegewogen in de besluitvorming. [VUL IN: ...]</w:t>
      </w:r>
    </w:p>
    <w:p w14:paraId="071141D7" w14:textId="77777777" w:rsidR="003608BC" w:rsidRPr="00C35ED0" w:rsidRDefault="008A54F7">
      <w:pPr>
        <w:rPr>
          <w:lang w:val="nl-NL"/>
        </w:rPr>
      </w:pPr>
      <w:r w:rsidRPr="00C35ED0">
        <w:rPr>
          <w:lang w:val="nl-NL"/>
        </w:rPr>
        <w:t xml:space="preserve">Derde grond: schending van het motiveringsbeginsel (art. 3:46 </w:t>
      </w:r>
      <w:proofErr w:type="spellStart"/>
      <w:r w:rsidRPr="00C35ED0">
        <w:rPr>
          <w:lang w:val="nl-NL"/>
        </w:rPr>
        <w:t>Awb</w:t>
      </w:r>
      <w:proofErr w:type="spellEnd"/>
      <w:r w:rsidRPr="00C35ED0">
        <w:rPr>
          <w:lang w:val="nl-NL"/>
        </w:rPr>
        <w:t>)</w:t>
      </w:r>
    </w:p>
    <w:p w14:paraId="3C178F7A" w14:textId="77777777" w:rsidR="003608BC" w:rsidRPr="00C35ED0" w:rsidRDefault="008A54F7">
      <w:pPr>
        <w:rPr>
          <w:lang w:val="nl-NL"/>
        </w:rPr>
      </w:pPr>
      <w:r w:rsidRPr="00C35ED0">
        <w:rPr>
          <w:lang w:val="nl-NL"/>
        </w:rPr>
        <w:t>Het besluit berust niet op een deugdelijke motivering. [VUL IN: ...]</w:t>
      </w:r>
    </w:p>
    <w:p w14:paraId="6EE801E6" w14:textId="77777777" w:rsidR="003608BC" w:rsidRPr="00C35ED0" w:rsidRDefault="008A54F7">
      <w:pPr>
        <w:rPr>
          <w:lang w:val="nl-NL"/>
        </w:rPr>
      </w:pPr>
      <w:r w:rsidRPr="00C35ED0">
        <w:rPr>
          <w:lang w:val="nl-NL"/>
        </w:rPr>
        <w:t>Vierde grond: schending van art. 8 EVRM</w:t>
      </w:r>
    </w:p>
    <w:p w14:paraId="559DD8CD" w14:textId="77777777" w:rsidR="003608BC" w:rsidRPr="00C35ED0" w:rsidRDefault="008A54F7">
      <w:pPr>
        <w:rPr>
          <w:lang w:val="nl-NL"/>
        </w:rPr>
      </w:pPr>
      <w:r w:rsidRPr="00C35ED0">
        <w:rPr>
          <w:lang w:val="nl-NL"/>
        </w:rPr>
        <w:t>Het besluit leidt tot een ernstige aantasting van mijn leefomgeving. Daarmee heeft de overheid haar positieve verplichtingen uit art. 8 EVRM niet nagekomen. [VUL IN: ...]</w:t>
      </w:r>
    </w:p>
    <w:p w14:paraId="2393213E" w14:textId="77777777" w:rsidR="003608BC" w:rsidRPr="00C35ED0" w:rsidRDefault="008A54F7">
      <w:pPr>
        <w:rPr>
          <w:lang w:val="nl-NL"/>
        </w:rPr>
      </w:pPr>
      <w:r w:rsidRPr="00C35ED0">
        <w:rPr>
          <w:lang w:val="nl-NL"/>
        </w:rPr>
        <w:t>Vijfde grond: schending van het gelijkheidsbeginsel (algemeen beginsel van behoorlijk bestuur)</w:t>
      </w:r>
    </w:p>
    <w:p w14:paraId="5E6F0929" w14:textId="77777777" w:rsidR="003608BC" w:rsidRPr="00C35ED0" w:rsidRDefault="008A54F7">
      <w:pPr>
        <w:rPr>
          <w:lang w:val="nl-NL"/>
        </w:rPr>
      </w:pPr>
      <w:r w:rsidRPr="00C35ED0">
        <w:rPr>
          <w:lang w:val="nl-NL"/>
        </w:rPr>
        <w:t>Het college heeft voor deze locatie niet dezelfde criteria gehanteerd als bij eerdere locatiekeuzes. [VUL IN: ...]</w:t>
      </w:r>
    </w:p>
    <w:p w14:paraId="64BF483A" w14:textId="77777777" w:rsidR="003608BC" w:rsidRPr="00C35ED0" w:rsidRDefault="008A54F7">
      <w:pPr>
        <w:spacing w:before="240"/>
        <w:rPr>
          <w:lang w:val="nl-NL"/>
        </w:rPr>
      </w:pPr>
      <w:r w:rsidRPr="00C35ED0">
        <w:rPr>
          <w:rFonts w:ascii="Libre Baskerville" w:hAnsi="Libre Baskerville"/>
          <w:b/>
          <w:color w:val="0F2A22"/>
          <w:sz w:val="26"/>
          <w:lang w:val="nl-NL"/>
        </w:rPr>
        <w:t>Conclusie</w:t>
      </w:r>
    </w:p>
    <w:p w14:paraId="1942CD36" w14:textId="77777777" w:rsidR="003608BC" w:rsidRPr="00C35ED0" w:rsidRDefault="008A54F7">
      <w:pPr>
        <w:rPr>
          <w:lang w:val="nl-NL"/>
        </w:rPr>
      </w:pPr>
      <w:r w:rsidRPr="00C35ED0">
        <w:rPr>
          <w:lang w:val="nl-NL"/>
        </w:rPr>
        <w:t xml:space="preserve">Op grond van het </w:t>
      </w:r>
      <w:r w:rsidRPr="00C35ED0">
        <w:rPr>
          <w:lang w:val="nl-NL"/>
        </w:rPr>
        <w:t>vorenstaande verzoek ik het college het besluit te heroverwegen en de omgevingsvergunning in te trekken, dan wel te verlenen met zodanige voorwaarden dat de belangen van omwonenden voldoende zijn gewaarborgd.</w:t>
      </w:r>
    </w:p>
    <w:p w14:paraId="32C758ED" w14:textId="77777777" w:rsidR="003608BC" w:rsidRPr="00C35ED0" w:rsidRDefault="008A54F7">
      <w:pPr>
        <w:rPr>
          <w:lang w:val="nl-NL"/>
        </w:rPr>
      </w:pPr>
      <w:proofErr w:type="gramStart"/>
      <w:r w:rsidRPr="00C35ED0">
        <w:rPr>
          <w:lang w:val="nl-NL"/>
        </w:rPr>
        <w:t>Tevens</w:t>
      </w:r>
      <w:proofErr w:type="gramEnd"/>
      <w:r w:rsidRPr="00C35ED0">
        <w:rPr>
          <w:lang w:val="nl-NL"/>
        </w:rPr>
        <w:t xml:space="preserve"> verzoek ik u om vergoeding van de kosten die ik in verband met dit bezwaar redelijkerwijs heb moeten maken (art. 7:15 </w:t>
      </w:r>
      <w:proofErr w:type="spellStart"/>
      <w:r w:rsidRPr="00C35ED0">
        <w:rPr>
          <w:lang w:val="nl-NL"/>
        </w:rPr>
        <w:t>Awb</w:t>
      </w:r>
      <w:proofErr w:type="spellEnd"/>
      <w:r w:rsidRPr="00C35ED0">
        <w:rPr>
          <w:lang w:val="nl-NL"/>
        </w:rPr>
        <w:t>).</w:t>
      </w:r>
    </w:p>
    <w:p w14:paraId="24AB3A71" w14:textId="77777777" w:rsidR="003608BC" w:rsidRPr="00C35ED0" w:rsidRDefault="008A54F7">
      <w:pPr>
        <w:rPr>
          <w:lang w:val="nl-NL"/>
        </w:rPr>
      </w:pPr>
      <w:r w:rsidRPr="00C35ED0">
        <w:rPr>
          <w:lang w:val="nl-NL"/>
        </w:rPr>
        <w:t>[Laat deze zin staan als u een professionele rechtshulpverlener inschakelt; dit verzoek moet gedaan zijn vóórdat op uw bezwaar is beslist.]</w:t>
      </w:r>
    </w:p>
    <w:p w14:paraId="57EDB952" w14:textId="77777777" w:rsidR="003608BC" w:rsidRPr="00C35ED0" w:rsidRDefault="008A54F7">
      <w:pPr>
        <w:spacing w:before="240"/>
        <w:rPr>
          <w:lang w:val="nl-NL"/>
        </w:rPr>
      </w:pPr>
      <w:r w:rsidRPr="00C35ED0">
        <w:rPr>
          <w:rFonts w:ascii="Libre Baskerville" w:hAnsi="Libre Baskerville"/>
          <w:b/>
          <w:color w:val="0F2A22"/>
          <w:sz w:val="26"/>
          <w:lang w:val="nl-NL"/>
        </w:rPr>
        <w:t>Hoorzitting</w:t>
      </w:r>
    </w:p>
    <w:p w14:paraId="55EB6870" w14:textId="77777777" w:rsidR="003608BC" w:rsidRPr="00C35ED0" w:rsidRDefault="008A54F7">
      <w:pPr>
        <w:rPr>
          <w:lang w:val="nl-NL"/>
        </w:rPr>
      </w:pPr>
      <w:r w:rsidRPr="00C35ED0">
        <w:rPr>
          <w:lang w:val="nl-NL"/>
        </w:rPr>
        <w:t xml:space="preserve">Ik verzoek u mij uit te nodigen voor een hoorzitting als bedoeld in art. 7:2 </w:t>
      </w:r>
      <w:proofErr w:type="spellStart"/>
      <w:r w:rsidRPr="00C35ED0">
        <w:rPr>
          <w:lang w:val="nl-NL"/>
        </w:rPr>
        <w:t>Awb</w:t>
      </w:r>
      <w:proofErr w:type="spellEnd"/>
      <w:r w:rsidRPr="00C35ED0">
        <w:rPr>
          <w:lang w:val="nl-NL"/>
        </w:rPr>
        <w:t>. Ik wens daarbij te worden gehoord.</w:t>
      </w:r>
    </w:p>
    <w:p w14:paraId="43126EDF" w14:textId="77777777" w:rsidR="003608BC" w:rsidRPr="00C35ED0" w:rsidRDefault="008A54F7">
      <w:pPr>
        <w:rPr>
          <w:lang w:val="nl-NL"/>
        </w:rPr>
      </w:pPr>
      <w:r w:rsidRPr="00C35ED0">
        <w:rPr>
          <w:lang w:val="nl-NL"/>
        </w:rPr>
        <w:t xml:space="preserve">[Nieuwe stukken kunt u tot tien dagen vóór de hoorzitting indienen (art. 7:4 </w:t>
      </w:r>
      <w:proofErr w:type="spellStart"/>
      <w:r w:rsidRPr="00C35ED0">
        <w:rPr>
          <w:lang w:val="nl-NL"/>
        </w:rPr>
        <w:t>Awb</w:t>
      </w:r>
      <w:proofErr w:type="spellEnd"/>
      <w:r w:rsidRPr="00C35ED0">
        <w:rPr>
          <w:lang w:val="nl-NL"/>
        </w:rPr>
        <w:t>) — doe dat dus op tijd.]</w:t>
      </w:r>
    </w:p>
    <w:p w14:paraId="35344737" w14:textId="77777777" w:rsidR="003608BC" w:rsidRPr="00C35ED0" w:rsidRDefault="008A54F7">
      <w:pPr>
        <w:spacing w:before="240"/>
        <w:rPr>
          <w:lang w:val="nl-NL"/>
        </w:rPr>
      </w:pPr>
      <w:r w:rsidRPr="00C35ED0">
        <w:rPr>
          <w:rFonts w:ascii="Libre Baskerville" w:hAnsi="Libre Baskerville"/>
          <w:b/>
          <w:color w:val="0F2A22"/>
          <w:sz w:val="26"/>
          <w:lang w:val="nl-NL"/>
        </w:rPr>
        <w:t>Stukken</w:t>
      </w:r>
    </w:p>
    <w:p w14:paraId="319CD988" w14:textId="77777777" w:rsidR="003608BC" w:rsidRDefault="008A54F7">
      <w:pPr>
        <w:rPr>
          <w:lang w:val="nl-NL"/>
        </w:rPr>
      </w:pPr>
      <w:r w:rsidRPr="00C35ED0">
        <w:rPr>
          <w:lang w:val="nl-NL"/>
        </w:rPr>
        <w:t>Als bijlagen voeg ik bij dit bezwaarschrift:</w:t>
      </w:r>
    </w:p>
    <w:p w14:paraId="6951F3FF" w14:textId="387778C7" w:rsidR="003608BC" w:rsidRPr="00C35ED0" w:rsidRDefault="008A54F7">
      <w:pPr>
        <w:rPr>
          <w:lang w:val="nl-NL"/>
        </w:rPr>
      </w:pPr>
      <w:r w:rsidRPr="00C35ED0">
        <w:rPr>
          <w:lang w:val="nl-NL"/>
        </w:rPr>
        <w:t>-</w:t>
      </w:r>
      <w:r w:rsidRPr="00C35ED0">
        <w:rPr>
          <w:lang w:val="nl-NL"/>
        </w:rPr>
        <w:t xml:space="preserve"> </w:t>
      </w:r>
      <w:r w:rsidRPr="00C35ED0">
        <w:rPr>
          <w:lang w:val="nl-NL"/>
        </w:rPr>
        <w:t>Kadastrale kaart met aanduiding van de afstand tot mijn woning;</w:t>
      </w:r>
    </w:p>
    <w:p w14:paraId="080A6351" w14:textId="77777777" w:rsidR="003608BC" w:rsidRPr="00C35ED0" w:rsidRDefault="008A54F7">
      <w:pPr>
        <w:rPr>
          <w:lang w:val="nl-NL"/>
        </w:rPr>
      </w:pPr>
      <w:r w:rsidRPr="00C35ED0">
        <w:rPr>
          <w:lang w:val="nl-NL"/>
        </w:rPr>
        <w:t>- CBS-data over huisartsencapaciteit in de wijk;</w:t>
      </w:r>
    </w:p>
    <w:p w14:paraId="1190E090" w14:textId="77777777" w:rsidR="003608BC" w:rsidRPr="00C35ED0" w:rsidRDefault="008A54F7">
      <w:pPr>
        <w:rPr>
          <w:lang w:val="nl-NL"/>
        </w:rPr>
      </w:pPr>
      <w:r w:rsidRPr="00C35ED0">
        <w:rPr>
          <w:lang w:val="nl-NL"/>
        </w:rPr>
        <w:t>- Foto's van de toegangsweg en de omgeving.</w:t>
      </w:r>
    </w:p>
    <w:p w14:paraId="7E03A862" w14:textId="77777777" w:rsidR="003608BC" w:rsidRPr="00C35ED0" w:rsidRDefault="003608BC">
      <w:pPr>
        <w:rPr>
          <w:lang w:val="nl-NL"/>
        </w:rPr>
      </w:pPr>
    </w:p>
    <w:p w14:paraId="6D5FC105" w14:textId="77777777" w:rsidR="003608BC" w:rsidRPr="00C35ED0" w:rsidRDefault="008A54F7">
      <w:pPr>
        <w:rPr>
          <w:lang w:val="nl-NL"/>
        </w:rPr>
      </w:pPr>
      <w:r w:rsidRPr="00C35ED0">
        <w:rPr>
          <w:lang w:val="nl-NL"/>
        </w:rPr>
        <w:t>Met vriendelijke groet,</w:t>
      </w:r>
    </w:p>
    <w:p w14:paraId="0D7CBB9B" w14:textId="77777777" w:rsidR="003608BC" w:rsidRPr="00C35ED0" w:rsidRDefault="003608BC">
      <w:pPr>
        <w:rPr>
          <w:lang w:val="nl-NL"/>
        </w:rPr>
      </w:pPr>
    </w:p>
    <w:p w14:paraId="0535D43F" w14:textId="77777777" w:rsidR="003608BC" w:rsidRPr="00C35ED0" w:rsidRDefault="008A54F7">
      <w:pPr>
        <w:rPr>
          <w:lang w:val="nl-NL"/>
        </w:rPr>
      </w:pPr>
      <w:r w:rsidRPr="00C35ED0">
        <w:rPr>
          <w:lang w:val="nl-NL"/>
        </w:rPr>
        <w:t>[VUL IN: handtekening / digitale ondertekening ...]</w:t>
      </w:r>
    </w:p>
    <w:sectPr w:rsidR="003608BC" w:rsidRPr="00C35ED0"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Libre Baskerville">
    <w:panose1 w:val="02000000000000000000"/>
    <w:charset w:val="00"/>
    <w:family w:val="auto"/>
    <w:pitch w:val="variable"/>
    <w:sig w:usb0="A00000BF" w:usb1="5000005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45007510">
    <w:abstractNumId w:val="8"/>
  </w:num>
  <w:num w:numId="2" w16cid:durableId="1224681617">
    <w:abstractNumId w:val="6"/>
  </w:num>
  <w:num w:numId="3" w16cid:durableId="1425691247">
    <w:abstractNumId w:val="5"/>
  </w:num>
  <w:num w:numId="4" w16cid:durableId="1184056651">
    <w:abstractNumId w:val="4"/>
  </w:num>
  <w:num w:numId="5" w16cid:durableId="554704906">
    <w:abstractNumId w:val="7"/>
  </w:num>
  <w:num w:numId="6" w16cid:durableId="1864981043">
    <w:abstractNumId w:val="3"/>
  </w:num>
  <w:num w:numId="7" w16cid:durableId="727727708">
    <w:abstractNumId w:val="2"/>
  </w:num>
  <w:num w:numId="8" w16cid:durableId="966205933">
    <w:abstractNumId w:val="1"/>
  </w:num>
  <w:num w:numId="9" w16cid:durableId="157897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E35"/>
    <w:rsid w:val="0015074B"/>
    <w:rsid w:val="00234D62"/>
    <w:rsid w:val="0029639D"/>
    <w:rsid w:val="00326F90"/>
    <w:rsid w:val="003608BC"/>
    <w:rsid w:val="008A54F7"/>
    <w:rsid w:val="00AA1D8D"/>
    <w:rsid w:val="00B47730"/>
    <w:rsid w:val="00C35ED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66DC7C"/>
  <w14:defaultImageDpi w14:val="300"/>
  <w15:docId w15:val="{1B593D55-A477-E54B-BCD7-4D007780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pPr>
      <w:spacing w:after="120"/>
    </w:pPr>
    <w:rPr>
      <w:rFonts w:ascii="IBM Plex Sans" w:hAnsi="IBM Plex Sans"/>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ind w:left="360"/>
      <w:contextualSpacing/>
    </w:pPr>
  </w:style>
  <w:style w:type="paragraph" w:styleId="Lijstvoortzetting2">
    <w:name w:val="List Continue 2"/>
    <w:basedOn w:val="Standaard"/>
    <w:uiPriority w:val="99"/>
    <w:unhideWhenUsed/>
    <w:rsid w:val="0029639D"/>
    <w:pPr>
      <w:ind w:left="720"/>
      <w:contextualSpacing/>
    </w:pPr>
  </w:style>
  <w:style w:type="paragraph" w:styleId="Lijstvoortzetting3">
    <w:name w:val="List Continue 3"/>
    <w:basedOn w:val="Standaard"/>
    <w:uiPriority w:val="99"/>
    <w:unhideWhenUsed/>
    <w:rsid w:val="0029639D"/>
    <w:pPr>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Verwijzingopmerking">
    <w:name w:val="annotation reference"/>
    <w:basedOn w:val="Standaardalinea-lettertype"/>
    <w:uiPriority w:val="99"/>
    <w:semiHidden/>
    <w:unhideWhenUsed/>
    <w:rsid w:val="00C35ED0"/>
    <w:rPr>
      <w:sz w:val="16"/>
      <w:szCs w:val="16"/>
    </w:rPr>
  </w:style>
  <w:style w:type="paragraph" w:styleId="Tekstopmerking">
    <w:name w:val="annotation text"/>
    <w:basedOn w:val="Standaard"/>
    <w:link w:val="TekstopmerkingChar"/>
    <w:uiPriority w:val="99"/>
    <w:semiHidden/>
    <w:unhideWhenUsed/>
    <w:rsid w:val="00C35ED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35ED0"/>
    <w:rPr>
      <w:rFonts w:ascii="IBM Plex Sans" w:hAnsi="IBM Plex Sans"/>
      <w:sz w:val="20"/>
      <w:szCs w:val="20"/>
    </w:rPr>
  </w:style>
  <w:style w:type="paragraph" w:styleId="Onderwerpvanopmerking">
    <w:name w:val="annotation subject"/>
    <w:basedOn w:val="Tekstopmerking"/>
    <w:next w:val="Tekstopmerking"/>
    <w:link w:val="OnderwerpvanopmerkingChar"/>
    <w:uiPriority w:val="99"/>
    <w:semiHidden/>
    <w:unhideWhenUsed/>
    <w:rsid w:val="00C35ED0"/>
    <w:rPr>
      <w:b/>
      <w:bCs/>
    </w:rPr>
  </w:style>
  <w:style w:type="character" w:customStyle="1" w:styleId="OnderwerpvanopmerkingChar">
    <w:name w:val="Onderwerp van opmerking Char"/>
    <w:basedOn w:val="TekstopmerkingChar"/>
    <w:link w:val="Onderwerpvanopmerking"/>
    <w:uiPriority w:val="99"/>
    <w:semiHidden/>
    <w:rsid w:val="00C35ED0"/>
    <w:rPr>
      <w:rFonts w:ascii="IBM Plex Sans" w:hAnsi="IBM Plex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620</Words>
  <Characters>3413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Calvin Schukkink</cp:lastModifiedBy>
  <cp:revision>3</cp:revision>
  <dcterms:created xsi:type="dcterms:W3CDTF">2013-12-23T23:15:00Z</dcterms:created>
  <dcterms:modified xsi:type="dcterms:W3CDTF">2026-08-13T23:53:00Z</dcterms:modified>
  <cp:category/>
</cp:coreProperties>
</file>