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D9061E" w14:textId="77777777" w:rsidR="00681AD8" w:rsidRPr="003D736A" w:rsidRDefault="00D60943">
      <w:pPr>
        <w:jc w:val="center"/>
        <w:rPr>
          <w:lang w:val="nl-NL"/>
        </w:rPr>
      </w:pPr>
      <w:r w:rsidRPr="003D736A">
        <w:rPr>
          <w:rFonts w:ascii="Libre Baskerville" w:hAnsi="Libre Baskerville"/>
          <w:color w:val="6B6B6B"/>
          <w:sz w:val="20"/>
          <w:lang w:val="nl-NL"/>
        </w:rPr>
        <w:t>Stichting Democratische Vernieuwing</w:t>
      </w:r>
    </w:p>
    <w:p w14:paraId="34CC811E" w14:textId="77777777" w:rsidR="00681AD8" w:rsidRPr="003D736A" w:rsidRDefault="00D60943">
      <w:pPr>
        <w:jc w:val="center"/>
        <w:rPr>
          <w:lang w:val="nl-NL"/>
        </w:rPr>
      </w:pPr>
      <w:r w:rsidRPr="003D736A">
        <w:rPr>
          <w:color w:val="6B6B6B"/>
          <w:sz w:val="16"/>
          <w:lang w:val="nl-NL"/>
        </w:rPr>
        <w:t>Toolkit</w:t>
      </w:r>
    </w:p>
    <w:p w14:paraId="24823C09" w14:textId="77777777" w:rsidR="00681AD8" w:rsidRPr="003D736A" w:rsidRDefault="00681AD8">
      <w:pPr>
        <w:rPr>
          <w:lang w:val="nl-NL"/>
        </w:rPr>
      </w:pPr>
    </w:p>
    <w:p w14:paraId="3345DA78" w14:textId="77777777" w:rsidR="00681AD8" w:rsidRPr="003D736A" w:rsidRDefault="00D60943">
      <w:pPr>
        <w:rPr>
          <w:lang w:val="nl-NL"/>
        </w:rPr>
      </w:pPr>
      <w:r w:rsidRPr="003D736A">
        <w:rPr>
          <w:rFonts w:ascii="Libre Baskerville" w:hAnsi="Libre Baskerville"/>
          <w:b/>
          <w:color w:val="0F2A22"/>
          <w:sz w:val="32"/>
          <w:lang w:val="nl-NL"/>
        </w:rPr>
        <w:t>Model-zienswijze</w:t>
      </w:r>
    </w:p>
    <w:p w14:paraId="19DB0616" w14:textId="77777777" w:rsidR="00681AD8" w:rsidRPr="003D736A" w:rsidRDefault="00681AD8">
      <w:pPr>
        <w:rPr>
          <w:lang w:val="nl-NL"/>
        </w:rPr>
      </w:pPr>
    </w:p>
    <w:p w14:paraId="02854154" w14:textId="77777777" w:rsidR="00681AD8" w:rsidRPr="003D736A" w:rsidRDefault="00D60943">
      <w:pPr>
        <w:rPr>
          <w:lang w:val="nl-NL"/>
        </w:rPr>
      </w:pPr>
      <w:r w:rsidRPr="003D736A">
        <w:rPr>
          <w:i/>
          <w:color w:val="6B6B6B"/>
          <w:sz w:val="20"/>
          <w:lang w:val="nl-NL"/>
        </w:rPr>
        <w:t xml:space="preserve">Een zienswijze wordt ingediend tijdens de inspraakprocedure, voorafgaand aan het definitieve besluit. Het is de eerste formele gelegenheid om argumenten in het dossier te krijgen. Dien in </w:t>
      </w:r>
      <w:r w:rsidRPr="003D736A">
        <w:rPr>
          <w:i/>
          <w:color w:val="6B6B6B"/>
          <w:sz w:val="20"/>
          <w:lang w:val="nl-NL"/>
        </w:rPr>
        <w:t>binnen de gestelde termijn.</w:t>
      </w:r>
    </w:p>
    <w:p w14:paraId="4D27E3FE" w14:textId="77777777" w:rsidR="00681AD8" w:rsidRPr="003D736A" w:rsidRDefault="00D60943">
      <w:pPr>
        <w:spacing w:before="240"/>
        <w:rPr>
          <w:lang w:val="nl-NL"/>
        </w:rPr>
      </w:pPr>
      <w:r w:rsidRPr="003D736A">
        <w:rPr>
          <w:rFonts w:ascii="Libre Baskerville" w:hAnsi="Libre Baskerville"/>
          <w:b/>
          <w:color w:val="0F2A22"/>
          <w:sz w:val="26"/>
          <w:lang w:val="nl-NL"/>
        </w:rPr>
        <w:t>Aan</w:t>
      </w:r>
    </w:p>
    <w:p w14:paraId="0E627520" w14:textId="77777777" w:rsidR="00681AD8" w:rsidRPr="003D736A" w:rsidRDefault="00D60943">
      <w:pPr>
        <w:rPr>
          <w:lang w:val="nl-NL"/>
        </w:rPr>
      </w:pPr>
      <w:r w:rsidRPr="003D736A">
        <w:rPr>
          <w:b/>
          <w:lang w:val="nl-NL"/>
        </w:rPr>
        <w:t xml:space="preserve">Bestuursorgaan: </w:t>
      </w:r>
      <w:r w:rsidRPr="003D736A">
        <w:rPr>
          <w:lang w:val="nl-NL"/>
        </w:rPr>
        <w:t>[VUL IN: ...]</w:t>
      </w:r>
    </w:p>
    <w:p w14:paraId="7233FBAD" w14:textId="77777777" w:rsidR="00681AD8" w:rsidRPr="003D736A" w:rsidRDefault="00D60943">
      <w:pPr>
        <w:rPr>
          <w:lang w:val="nl-NL"/>
        </w:rPr>
      </w:pPr>
      <w:r w:rsidRPr="003D736A">
        <w:rPr>
          <w:b/>
          <w:lang w:val="nl-NL"/>
        </w:rPr>
        <w:t xml:space="preserve">T.a.v.: </w:t>
      </w:r>
      <w:r w:rsidRPr="003D736A">
        <w:rPr>
          <w:lang w:val="nl-NL"/>
        </w:rPr>
        <w:t>Afdeling Ruimtelijke Ordening</w:t>
      </w:r>
    </w:p>
    <w:p w14:paraId="4F4B1EBF" w14:textId="77777777" w:rsidR="00681AD8" w:rsidRPr="003D736A" w:rsidRDefault="00D60943">
      <w:pPr>
        <w:spacing w:before="240"/>
        <w:rPr>
          <w:lang w:val="nl-NL"/>
        </w:rPr>
      </w:pPr>
      <w:r w:rsidRPr="003D736A">
        <w:rPr>
          <w:rFonts w:ascii="Libre Baskerville" w:hAnsi="Libre Baskerville"/>
          <w:b/>
          <w:color w:val="0F2A22"/>
          <w:sz w:val="26"/>
          <w:lang w:val="nl-NL"/>
        </w:rPr>
        <w:t>Van</w:t>
      </w:r>
    </w:p>
    <w:p w14:paraId="0FE76BD1" w14:textId="77777777" w:rsidR="00681AD8" w:rsidRPr="003D736A" w:rsidRDefault="00D60943">
      <w:pPr>
        <w:rPr>
          <w:lang w:val="nl-NL"/>
        </w:rPr>
      </w:pPr>
      <w:r w:rsidRPr="003D736A">
        <w:rPr>
          <w:b/>
          <w:lang w:val="nl-NL"/>
        </w:rPr>
        <w:t xml:space="preserve">Naam: </w:t>
      </w:r>
      <w:r w:rsidRPr="003D736A">
        <w:rPr>
          <w:lang w:val="nl-NL"/>
        </w:rPr>
        <w:t>[VUL IN: ...]</w:t>
      </w:r>
    </w:p>
    <w:p w14:paraId="3C1FF004" w14:textId="77777777" w:rsidR="00681AD8" w:rsidRDefault="00D60943">
      <w:r w:rsidRPr="003D736A">
        <w:rPr>
          <w:b/>
          <w:lang w:val="nl-NL"/>
        </w:rPr>
        <w:t xml:space="preserve">Adres: </w:t>
      </w:r>
      <w:r w:rsidRPr="003D736A">
        <w:rPr>
          <w:lang w:val="nl-NL"/>
        </w:rPr>
        <w:t xml:space="preserve">[VUL IN: ...], [VUL IN: ...] </w:t>
      </w:r>
      <w:r>
        <w:t>[VUL IN: ...]</w:t>
      </w:r>
    </w:p>
    <w:p w14:paraId="3047A10C" w14:textId="77777777" w:rsidR="00681AD8" w:rsidRDefault="00D60943">
      <w:r>
        <w:rPr>
          <w:b/>
        </w:rPr>
        <w:t xml:space="preserve">E-mailadres: </w:t>
      </w:r>
      <w:r>
        <w:t>[VUL IN: ...]</w:t>
      </w:r>
    </w:p>
    <w:p w14:paraId="46FA09CC" w14:textId="77777777" w:rsidR="00681AD8" w:rsidRPr="003D736A" w:rsidRDefault="00D60943">
      <w:pPr>
        <w:spacing w:before="240"/>
        <w:rPr>
          <w:lang w:val="nl-NL"/>
        </w:rPr>
      </w:pPr>
      <w:r w:rsidRPr="003D736A">
        <w:rPr>
          <w:rFonts w:ascii="Libre Baskerville" w:hAnsi="Libre Baskerville"/>
          <w:b/>
          <w:color w:val="0F2A22"/>
          <w:sz w:val="26"/>
          <w:lang w:val="nl-NL"/>
        </w:rPr>
        <w:t>Datum</w:t>
      </w:r>
    </w:p>
    <w:p w14:paraId="0156B90B" w14:textId="77777777" w:rsidR="00681AD8" w:rsidRPr="003D736A" w:rsidRDefault="00D60943">
      <w:pPr>
        <w:rPr>
          <w:lang w:val="nl-NL"/>
        </w:rPr>
      </w:pPr>
      <w:r w:rsidRPr="003D736A">
        <w:rPr>
          <w:lang w:val="nl-NL"/>
        </w:rPr>
        <w:t>[VUL IN: ...]</w:t>
      </w:r>
    </w:p>
    <w:p w14:paraId="77059DFB" w14:textId="77777777" w:rsidR="00681AD8" w:rsidRPr="003D736A" w:rsidRDefault="00D60943">
      <w:pPr>
        <w:spacing w:before="240"/>
        <w:rPr>
          <w:lang w:val="nl-NL"/>
        </w:rPr>
      </w:pPr>
      <w:r w:rsidRPr="003D736A">
        <w:rPr>
          <w:rFonts w:ascii="Libre Baskerville" w:hAnsi="Libre Baskerville"/>
          <w:b/>
          <w:color w:val="0F2A22"/>
          <w:sz w:val="26"/>
          <w:lang w:val="nl-NL"/>
        </w:rPr>
        <w:t>Betreft: Zienswijze ontwerpbesluit omgevingsvergunning opvanglocatie</w:t>
      </w:r>
    </w:p>
    <w:p w14:paraId="2D8A8EDC" w14:textId="77777777" w:rsidR="00681AD8" w:rsidRPr="003D736A" w:rsidRDefault="00D60943">
      <w:pPr>
        <w:rPr>
          <w:lang w:val="nl-NL"/>
        </w:rPr>
      </w:pPr>
      <w:r w:rsidRPr="003D736A">
        <w:rPr>
          <w:lang w:val="nl-NL"/>
        </w:rPr>
        <w:t>Locatie: [VUL IN: ...]</w:t>
      </w:r>
    </w:p>
    <w:p w14:paraId="379769B6" w14:textId="77777777" w:rsidR="00681AD8" w:rsidRPr="003D736A" w:rsidRDefault="00D60943">
      <w:pPr>
        <w:rPr>
          <w:lang w:val="nl-NL"/>
        </w:rPr>
      </w:pPr>
      <w:r w:rsidRPr="003D736A">
        <w:rPr>
          <w:lang w:val="nl-NL"/>
        </w:rPr>
        <w:t>Soort opvang: [VUL IN: ...]</w:t>
      </w:r>
    </w:p>
    <w:p w14:paraId="46BF3226" w14:textId="77777777" w:rsidR="00681AD8" w:rsidRPr="003D736A" w:rsidRDefault="00D60943">
      <w:pPr>
        <w:rPr>
          <w:lang w:val="nl-NL"/>
        </w:rPr>
      </w:pPr>
      <w:r w:rsidRPr="003D736A">
        <w:rPr>
          <w:lang w:val="nl-NL"/>
        </w:rPr>
        <w:t>Zaaknummer: [VUL IN: ...]</w:t>
      </w:r>
    </w:p>
    <w:p w14:paraId="2FF3BD23" w14:textId="77777777" w:rsidR="00681AD8" w:rsidRPr="003D736A" w:rsidRDefault="00D60943">
      <w:pPr>
        <w:rPr>
          <w:lang w:val="nl-NL"/>
        </w:rPr>
      </w:pPr>
      <w:r w:rsidRPr="003D736A">
        <w:rPr>
          <w:lang w:val="nl-NL"/>
        </w:rPr>
        <w:t>Aantal opvangplaatsen: [VUL IN: ...]</w:t>
      </w:r>
    </w:p>
    <w:p w14:paraId="34ABBFAF" w14:textId="77777777" w:rsidR="00681AD8" w:rsidRPr="003D736A" w:rsidRDefault="00D60943">
      <w:pPr>
        <w:spacing w:before="240"/>
        <w:rPr>
          <w:lang w:val="nl-NL"/>
        </w:rPr>
      </w:pPr>
      <w:r w:rsidRPr="003D736A">
        <w:rPr>
          <w:rFonts w:ascii="Libre Baskerville" w:hAnsi="Libre Baskerville"/>
          <w:b/>
          <w:color w:val="0F2A22"/>
          <w:sz w:val="26"/>
          <w:lang w:val="nl-NL"/>
        </w:rPr>
        <w:t>Geacht college van burgemeester en wethouders,</w:t>
      </w:r>
    </w:p>
    <w:p w14:paraId="3BE5597E" w14:textId="77777777" w:rsidR="00681AD8" w:rsidRPr="003D736A" w:rsidRDefault="00D60943">
      <w:pPr>
        <w:rPr>
          <w:lang w:val="nl-NL"/>
        </w:rPr>
      </w:pPr>
      <w:r w:rsidRPr="003D736A">
        <w:rPr>
          <w:lang w:val="nl-NL"/>
        </w:rPr>
        <w:t>Hierbij dien ik mijn zienswijze in op het ontwerpbesluit tot verlening van een omgevingsvergunning voor de realisatie van een [VUL IN: ...] op de locatie [VUL IN: ...], gemeente [VUL IN: ...]. Ik woon op [VUL IN: ...], op ongeveer [VUL IN: ...] meter van de voorgestelde locatie, en heb als direct belanghebbende bezwaar tegen dit ontwerpbesluit.</w:t>
      </w:r>
    </w:p>
    <w:p w14:paraId="68A70419" w14:textId="2D8AC926" w:rsidR="00681AD8" w:rsidRPr="003D736A" w:rsidRDefault="00D60943">
      <w:pPr>
        <w:spacing w:before="240"/>
        <w:rPr>
          <w:lang w:val="nl-NL"/>
        </w:rPr>
      </w:pPr>
      <w:r w:rsidRPr="003D736A">
        <w:rPr>
          <w:rFonts w:ascii="Libre Baskerville" w:hAnsi="Libre Baskerville"/>
          <w:b/>
          <w:color w:val="0F2A22"/>
          <w:sz w:val="26"/>
          <w:lang w:val="nl-NL"/>
        </w:rPr>
        <w:t>Argumenten</w:t>
      </w:r>
      <w:r w:rsidR="003D736A">
        <w:rPr>
          <w:rFonts w:ascii="Libre Baskerville" w:hAnsi="Libre Baskerville"/>
          <w:b/>
          <w:color w:val="0F2A22"/>
          <w:sz w:val="26"/>
          <w:lang w:val="nl-NL"/>
        </w:rPr>
        <w:t xml:space="preserve"> </w:t>
      </w:r>
      <w:r w:rsidR="003D736A">
        <w:rPr>
          <w:rFonts w:ascii="Libre Baskerville" w:hAnsi="Libre Baskerville"/>
          <w:b/>
          <w:color w:val="0F2A22"/>
          <w:sz w:val="26"/>
          <w:lang w:val="nl-NL"/>
        </w:rPr>
        <w:t>[genummerd, met kopjes per onderwerp]</w:t>
      </w:r>
    </w:p>
    <w:p w14:paraId="6A551E4D" w14:textId="77777777" w:rsidR="00681AD8" w:rsidRPr="003D736A" w:rsidRDefault="00D60943">
      <w:pPr>
        <w:rPr>
          <w:lang w:val="nl-NL"/>
        </w:rPr>
      </w:pPr>
      <w:r w:rsidRPr="003D736A">
        <w:rPr>
          <w:lang w:val="nl-NL"/>
        </w:rPr>
        <w:t>1. Draagkracht. [VUL IN: ...]</w:t>
      </w:r>
    </w:p>
    <w:p w14:paraId="5E786D67" w14:textId="77777777" w:rsidR="00681AD8" w:rsidRPr="003D736A" w:rsidRDefault="00D60943">
      <w:pPr>
        <w:rPr>
          <w:lang w:val="nl-NL"/>
        </w:rPr>
      </w:pPr>
      <w:r w:rsidRPr="003D736A">
        <w:rPr>
          <w:lang w:val="nl-NL"/>
        </w:rPr>
        <w:t>2. Veiligheid. [VUL IN: ...]</w:t>
      </w:r>
    </w:p>
    <w:p w14:paraId="4D09E4CE" w14:textId="77777777" w:rsidR="00681AD8" w:rsidRPr="003D736A" w:rsidRDefault="00D60943">
      <w:pPr>
        <w:rPr>
          <w:lang w:val="nl-NL"/>
        </w:rPr>
      </w:pPr>
      <w:r w:rsidRPr="003D736A">
        <w:rPr>
          <w:lang w:val="nl-NL"/>
        </w:rPr>
        <w:t>3. Verkeer. [VUL IN: ...]</w:t>
      </w:r>
    </w:p>
    <w:p w14:paraId="0F9B8B41" w14:textId="77777777" w:rsidR="00681AD8" w:rsidRPr="003D736A" w:rsidRDefault="00D60943">
      <w:pPr>
        <w:rPr>
          <w:lang w:val="nl-NL"/>
        </w:rPr>
      </w:pPr>
      <w:r w:rsidRPr="003D736A">
        <w:rPr>
          <w:lang w:val="nl-NL"/>
        </w:rPr>
        <w:t>4. Geluid en leefklimaat. [VUL IN: ...]</w:t>
      </w:r>
    </w:p>
    <w:p w14:paraId="5D39FCFA" w14:textId="77777777" w:rsidR="00681AD8" w:rsidRPr="003D736A" w:rsidRDefault="00D60943">
      <w:pPr>
        <w:rPr>
          <w:lang w:val="nl-NL"/>
        </w:rPr>
      </w:pPr>
      <w:r w:rsidRPr="003D736A">
        <w:rPr>
          <w:lang w:val="nl-NL"/>
        </w:rPr>
        <w:t>5. Proportionaliteit. [VUL IN: ...]</w:t>
      </w:r>
    </w:p>
    <w:p w14:paraId="14AADDC9" w14:textId="77777777" w:rsidR="00681AD8" w:rsidRPr="003D736A" w:rsidRDefault="00D60943">
      <w:pPr>
        <w:rPr>
          <w:lang w:val="nl-NL"/>
        </w:rPr>
      </w:pPr>
      <w:r w:rsidRPr="003D736A">
        <w:rPr>
          <w:lang w:val="nl-NL"/>
        </w:rPr>
        <w:t>6. Inspraak. [VUL IN: ...]</w:t>
      </w:r>
    </w:p>
    <w:p w14:paraId="7A0B2F20" w14:textId="77777777" w:rsidR="00681AD8" w:rsidRPr="003D736A" w:rsidRDefault="00D60943">
      <w:pPr>
        <w:spacing w:before="240"/>
        <w:rPr>
          <w:lang w:val="nl-NL"/>
        </w:rPr>
      </w:pPr>
      <w:r w:rsidRPr="003D736A">
        <w:rPr>
          <w:rFonts w:ascii="Libre Baskerville" w:hAnsi="Libre Baskerville"/>
          <w:b/>
          <w:color w:val="0F2A22"/>
          <w:sz w:val="26"/>
          <w:lang w:val="nl-NL"/>
        </w:rPr>
        <w:t>Conclusie</w:t>
      </w:r>
    </w:p>
    <w:p w14:paraId="1A1BC6EE" w14:textId="77777777" w:rsidR="00681AD8" w:rsidRPr="003D736A" w:rsidRDefault="00D60943">
      <w:pPr>
        <w:rPr>
          <w:lang w:val="nl-NL"/>
        </w:rPr>
      </w:pPr>
      <w:r w:rsidRPr="003D736A">
        <w:rPr>
          <w:lang w:val="nl-NL"/>
        </w:rPr>
        <w:t xml:space="preserve">Op grond van </w:t>
      </w:r>
      <w:r w:rsidRPr="003D736A">
        <w:rPr>
          <w:lang w:val="nl-NL"/>
        </w:rPr>
        <w:t>bovengenoemde argumenten verzoek ik het college het ontwerpbesluit te heroverwegen en de omgevingsvergunning niet te verlenen, dan wel te verlenen met zodanige voorwaarden dat de belangen van omwonenden voldoende zijn gewaarborgd.</w:t>
      </w:r>
    </w:p>
    <w:p w14:paraId="36AB45F1" w14:textId="77777777" w:rsidR="00681AD8" w:rsidRPr="003D736A" w:rsidRDefault="00681AD8">
      <w:pPr>
        <w:rPr>
          <w:lang w:val="nl-NL"/>
        </w:rPr>
      </w:pPr>
    </w:p>
    <w:p w14:paraId="1A643671" w14:textId="53B6FB16" w:rsidR="003D736A" w:rsidRPr="003D736A" w:rsidRDefault="003D736A">
      <w:pPr>
        <w:rPr>
          <w:lang w:val="nl-NL"/>
        </w:rPr>
      </w:pPr>
      <w:r w:rsidRPr="003D736A">
        <w:rPr>
          <w:lang w:val="nl-NL"/>
        </w:rPr>
        <w:t>Ik ga ervan uit dat u mij van de verdere procedure op de hoogte houdt</w:t>
      </w:r>
      <w:r>
        <w:rPr>
          <w:lang w:val="nl-NL"/>
        </w:rPr>
        <w:t>.</w:t>
      </w:r>
    </w:p>
    <w:p w14:paraId="5D659FB5" w14:textId="77777777" w:rsidR="003D736A" w:rsidRPr="003D736A" w:rsidRDefault="003D736A">
      <w:pPr>
        <w:rPr>
          <w:lang w:val="nl-NL"/>
        </w:rPr>
      </w:pPr>
    </w:p>
    <w:p w14:paraId="63A71234" w14:textId="11895A9B" w:rsidR="00681AD8" w:rsidRPr="003D736A" w:rsidRDefault="00D60943">
      <w:pPr>
        <w:rPr>
          <w:lang w:val="nl-NL"/>
        </w:rPr>
      </w:pPr>
      <w:r w:rsidRPr="003D736A">
        <w:rPr>
          <w:lang w:val="nl-NL"/>
        </w:rPr>
        <w:t>Met vriendelijke groet,</w:t>
      </w:r>
    </w:p>
    <w:p w14:paraId="1B724510" w14:textId="77777777" w:rsidR="00681AD8" w:rsidRPr="003D736A" w:rsidRDefault="00681AD8">
      <w:pPr>
        <w:rPr>
          <w:lang w:val="nl-NL"/>
        </w:rPr>
      </w:pPr>
    </w:p>
    <w:p w14:paraId="09D02712" w14:textId="77777777" w:rsidR="00681AD8" w:rsidRPr="003D736A" w:rsidRDefault="00D60943">
      <w:pPr>
        <w:rPr>
          <w:lang w:val="nl-NL"/>
        </w:rPr>
      </w:pPr>
      <w:r w:rsidRPr="003D736A">
        <w:rPr>
          <w:lang w:val="nl-NL"/>
        </w:rPr>
        <w:t>[VUL IN: handtekening / digitale ondertekening ...]</w:t>
      </w:r>
    </w:p>
    <w:sectPr w:rsidR="00681AD8" w:rsidRPr="003D736A" w:rsidSect="00034616">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IBM Plex Sans">
    <w:panose1 w:val="020B0503050203000203"/>
    <w:charset w:val="00"/>
    <w:family w:val="swiss"/>
    <w:pitch w:val="variable"/>
    <w:sig w:usb0="A00002EF" w:usb1="5000207B" w:usb2="00000000" w:usb3="00000000" w:csb0="000001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 w:name="Libre Baskerville">
    <w:panose1 w:val="02000000000000000000"/>
    <w:charset w:val="00"/>
    <w:family w:val="auto"/>
    <w:pitch w:val="variable"/>
    <w:sig w:usb0="A00000BF" w:usb1="5000005B" w:usb2="00000000" w:usb3="00000000" w:csb0="0000009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jstnummering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jstnummering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jstopsomteken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jstopsomteken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jstnummering"/>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jstopsomteken"/>
      <w:lvlText w:val=""/>
      <w:lvlJc w:val="left"/>
      <w:pPr>
        <w:tabs>
          <w:tab w:val="num" w:pos="360"/>
        </w:tabs>
        <w:ind w:left="360" w:hanging="360"/>
      </w:pPr>
      <w:rPr>
        <w:rFonts w:ascii="Symbol" w:hAnsi="Symbol" w:hint="default"/>
      </w:rPr>
    </w:lvl>
  </w:abstractNum>
  <w:num w:numId="1" w16cid:durableId="1866551637">
    <w:abstractNumId w:val="8"/>
  </w:num>
  <w:num w:numId="2" w16cid:durableId="43675600">
    <w:abstractNumId w:val="6"/>
  </w:num>
  <w:num w:numId="3" w16cid:durableId="1352680914">
    <w:abstractNumId w:val="5"/>
  </w:num>
  <w:num w:numId="4" w16cid:durableId="707485868">
    <w:abstractNumId w:val="4"/>
  </w:num>
  <w:num w:numId="5" w16cid:durableId="1453019140">
    <w:abstractNumId w:val="7"/>
  </w:num>
  <w:num w:numId="6" w16cid:durableId="1398281959">
    <w:abstractNumId w:val="3"/>
  </w:num>
  <w:num w:numId="7" w16cid:durableId="783379200">
    <w:abstractNumId w:val="2"/>
  </w:num>
  <w:num w:numId="8" w16cid:durableId="752705868">
    <w:abstractNumId w:val="1"/>
  </w:num>
  <w:num w:numId="9" w16cid:durableId="7002532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5"/>
  <w:proofState w:spelling="clean" w:grammar="clean"/>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34D62"/>
    <w:rsid w:val="0029639D"/>
    <w:rsid w:val="00326F90"/>
    <w:rsid w:val="003D736A"/>
    <w:rsid w:val="00681AD8"/>
    <w:rsid w:val="00AA1D8D"/>
    <w:rsid w:val="00B47730"/>
    <w:rsid w:val="00CB0664"/>
    <w:rsid w:val="00D60943"/>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D746653"/>
  <w14:defaultImageDpi w14:val="300"/>
  <w15:docId w15:val="{1B593D55-A477-E54B-BCD7-4D00778020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C693F"/>
    <w:pPr>
      <w:spacing w:after="120"/>
    </w:pPr>
    <w:rPr>
      <w:rFonts w:ascii="IBM Plex Sans" w:hAnsi="IBM Plex Sans"/>
    </w:rPr>
  </w:style>
  <w:style w:type="paragraph" w:styleId="Kop1">
    <w:name w:val="heading 1"/>
    <w:basedOn w:val="Standaard"/>
    <w:next w:val="Standaard"/>
    <w:link w:val="Kop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Kop3">
    <w:name w:val="heading 3"/>
    <w:basedOn w:val="Standaard"/>
    <w:next w:val="Standaard"/>
    <w:link w:val="Kop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Kop4">
    <w:name w:val="heading 4"/>
    <w:basedOn w:val="Standaard"/>
    <w:next w:val="Standaard"/>
    <w:link w:val="Kop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Kop5">
    <w:name w:val="heading 5"/>
    <w:basedOn w:val="Standaard"/>
    <w:next w:val="Standaard"/>
    <w:link w:val="Kop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Kop6">
    <w:name w:val="heading 6"/>
    <w:basedOn w:val="Standaard"/>
    <w:next w:val="Standaard"/>
    <w:link w:val="Kop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Kop7">
    <w:name w:val="heading 7"/>
    <w:basedOn w:val="Standaard"/>
    <w:next w:val="Standaard"/>
    <w:link w:val="Kop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Kop9">
    <w:name w:val="heading 9"/>
    <w:basedOn w:val="Standaard"/>
    <w:next w:val="Standaard"/>
    <w:link w:val="Kop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618BF"/>
    <w:pPr>
      <w:tabs>
        <w:tab w:val="center" w:pos="4680"/>
        <w:tab w:val="right" w:pos="9360"/>
      </w:tabs>
      <w:spacing w:after="0" w:line="240" w:lineRule="auto"/>
    </w:pPr>
  </w:style>
  <w:style w:type="character" w:customStyle="1" w:styleId="KoptekstChar">
    <w:name w:val="Koptekst Char"/>
    <w:basedOn w:val="Standaardalinea-lettertype"/>
    <w:link w:val="Koptekst"/>
    <w:uiPriority w:val="99"/>
    <w:rsid w:val="00E618BF"/>
  </w:style>
  <w:style w:type="paragraph" w:styleId="Voettekst">
    <w:name w:val="footer"/>
    <w:basedOn w:val="Standaard"/>
    <w:link w:val="VoettekstChar"/>
    <w:uiPriority w:val="99"/>
    <w:unhideWhenUsed/>
    <w:rsid w:val="00E618BF"/>
    <w:pPr>
      <w:tabs>
        <w:tab w:val="center" w:pos="4680"/>
        <w:tab w:val="right" w:pos="9360"/>
      </w:tabs>
      <w:spacing w:after="0" w:line="240" w:lineRule="auto"/>
    </w:pPr>
  </w:style>
  <w:style w:type="character" w:customStyle="1" w:styleId="VoettekstChar">
    <w:name w:val="Voettekst Char"/>
    <w:basedOn w:val="Standaardalinea-lettertype"/>
    <w:link w:val="Voettekst"/>
    <w:uiPriority w:val="99"/>
    <w:rsid w:val="00E618BF"/>
  </w:style>
  <w:style w:type="paragraph" w:styleId="Geenafstand">
    <w:name w:val="No Spacing"/>
    <w:uiPriority w:val="1"/>
    <w:qFormat/>
    <w:rsid w:val="00FC693F"/>
    <w:pPr>
      <w:spacing w:after="0" w:line="240" w:lineRule="auto"/>
    </w:pPr>
  </w:style>
  <w:style w:type="character" w:customStyle="1" w:styleId="Kop1Char">
    <w:name w:val="Kop 1 Char"/>
    <w:basedOn w:val="Standaardalinea-lettertype"/>
    <w:link w:val="Kop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rsid w:val="00FC693F"/>
    <w:rPr>
      <w:rFonts w:asciiTheme="majorHAnsi" w:eastAsiaTheme="majorEastAsia" w:hAnsiTheme="majorHAnsi" w:cstheme="majorBidi"/>
      <w:b/>
      <w:bCs/>
      <w:color w:val="4F81BD" w:themeColor="accent1"/>
      <w:sz w:val="26"/>
      <w:szCs w:val="26"/>
    </w:rPr>
  </w:style>
  <w:style w:type="character" w:customStyle="1" w:styleId="Kop3Char">
    <w:name w:val="Kop 3 Char"/>
    <w:basedOn w:val="Standaardalinea-lettertype"/>
    <w:link w:val="Kop3"/>
    <w:uiPriority w:val="9"/>
    <w:rsid w:val="00FC693F"/>
    <w:rPr>
      <w:rFonts w:asciiTheme="majorHAnsi" w:eastAsiaTheme="majorEastAsia" w:hAnsiTheme="majorHAnsi" w:cstheme="majorBidi"/>
      <w:b/>
      <w:bCs/>
      <w:color w:val="4F81BD" w:themeColor="accent1"/>
    </w:rPr>
  </w:style>
  <w:style w:type="paragraph" w:styleId="Titel">
    <w:name w:val="Title"/>
    <w:basedOn w:val="Standaard"/>
    <w:next w:val="Standaard"/>
    <w:link w:val="Titel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Ondertitel">
    <w:name w:val="Subtitle"/>
    <w:basedOn w:val="Standaard"/>
    <w:next w:val="Standaard"/>
    <w:link w:val="Ondertitel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sid w:val="00FC693F"/>
    <w:rPr>
      <w:rFonts w:asciiTheme="majorHAnsi" w:eastAsiaTheme="majorEastAsia" w:hAnsiTheme="majorHAnsi" w:cstheme="majorBidi"/>
      <w:i/>
      <w:iCs/>
      <w:color w:val="4F81BD" w:themeColor="accent1"/>
      <w:spacing w:val="15"/>
      <w:sz w:val="24"/>
      <w:szCs w:val="24"/>
    </w:rPr>
  </w:style>
  <w:style w:type="paragraph" w:styleId="Lijstalinea">
    <w:name w:val="List Paragraph"/>
    <w:basedOn w:val="Standaard"/>
    <w:uiPriority w:val="34"/>
    <w:qFormat/>
    <w:rsid w:val="00FC693F"/>
    <w:pPr>
      <w:ind w:left="720"/>
      <w:contextualSpacing/>
    </w:pPr>
  </w:style>
  <w:style w:type="paragraph" w:styleId="Plattetekst">
    <w:name w:val="Body Text"/>
    <w:basedOn w:val="Standaard"/>
    <w:link w:val="PlattetekstChar"/>
    <w:uiPriority w:val="99"/>
    <w:unhideWhenUsed/>
    <w:rsid w:val="00AA1D8D"/>
  </w:style>
  <w:style w:type="character" w:customStyle="1" w:styleId="PlattetekstChar">
    <w:name w:val="Platte tekst Char"/>
    <w:basedOn w:val="Standaardalinea-lettertype"/>
    <w:link w:val="Plattetekst"/>
    <w:uiPriority w:val="99"/>
    <w:rsid w:val="00AA1D8D"/>
  </w:style>
  <w:style w:type="paragraph" w:styleId="Plattetekst2">
    <w:name w:val="Body Text 2"/>
    <w:basedOn w:val="Standaard"/>
    <w:link w:val="Plattetekst2Char"/>
    <w:uiPriority w:val="99"/>
    <w:unhideWhenUsed/>
    <w:rsid w:val="00AA1D8D"/>
    <w:pPr>
      <w:spacing w:line="480" w:lineRule="auto"/>
    </w:pPr>
  </w:style>
  <w:style w:type="character" w:customStyle="1" w:styleId="Plattetekst2Char">
    <w:name w:val="Platte tekst 2 Char"/>
    <w:basedOn w:val="Standaardalinea-lettertype"/>
    <w:link w:val="Plattetekst2"/>
    <w:uiPriority w:val="99"/>
    <w:rsid w:val="00AA1D8D"/>
  </w:style>
  <w:style w:type="paragraph" w:styleId="Plattetekst3">
    <w:name w:val="Body Text 3"/>
    <w:basedOn w:val="Standaard"/>
    <w:link w:val="Plattetekst3Char"/>
    <w:uiPriority w:val="99"/>
    <w:unhideWhenUsed/>
    <w:rsid w:val="00AA1D8D"/>
    <w:rPr>
      <w:sz w:val="16"/>
      <w:szCs w:val="16"/>
    </w:rPr>
  </w:style>
  <w:style w:type="character" w:customStyle="1" w:styleId="Plattetekst3Char">
    <w:name w:val="Platte tekst 3 Char"/>
    <w:basedOn w:val="Standaardalinea-lettertype"/>
    <w:link w:val="Plattetekst3"/>
    <w:uiPriority w:val="99"/>
    <w:rsid w:val="00AA1D8D"/>
    <w:rPr>
      <w:sz w:val="16"/>
      <w:szCs w:val="16"/>
    </w:rPr>
  </w:style>
  <w:style w:type="paragraph" w:styleId="Lijst">
    <w:name w:val="List"/>
    <w:basedOn w:val="Standaard"/>
    <w:uiPriority w:val="99"/>
    <w:unhideWhenUsed/>
    <w:rsid w:val="00AA1D8D"/>
    <w:pPr>
      <w:ind w:left="360" w:hanging="360"/>
      <w:contextualSpacing/>
    </w:pPr>
  </w:style>
  <w:style w:type="paragraph" w:styleId="Lijst2">
    <w:name w:val="List 2"/>
    <w:basedOn w:val="Standaard"/>
    <w:uiPriority w:val="99"/>
    <w:unhideWhenUsed/>
    <w:rsid w:val="00326F90"/>
    <w:pPr>
      <w:ind w:left="720" w:hanging="360"/>
      <w:contextualSpacing/>
    </w:pPr>
  </w:style>
  <w:style w:type="paragraph" w:styleId="Lijst3">
    <w:name w:val="List 3"/>
    <w:basedOn w:val="Standaard"/>
    <w:uiPriority w:val="99"/>
    <w:unhideWhenUsed/>
    <w:rsid w:val="00326F90"/>
    <w:pPr>
      <w:ind w:left="1080" w:hanging="360"/>
      <w:contextualSpacing/>
    </w:pPr>
  </w:style>
  <w:style w:type="paragraph" w:styleId="Lijstopsomteken">
    <w:name w:val="List Bullet"/>
    <w:basedOn w:val="Standaard"/>
    <w:uiPriority w:val="99"/>
    <w:unhideWhenUsed/>
    <w:rsid w:val="00326F90"/>
    <w:pPr>
      <w:numPr>
        <w:numId w:val="1"/>
      </w:numPr>
      <w:contextualSpacing/>
    </w:pPr>
  </w:style>
  <w:style w:type="paragraph" w:styleId="Lijstopsomteken2">
    <w:name w:val="List Bullet 2"/>
    <w:basedOn w:val="Standaard"/>
    <w:uiPriority w:val="99"/>
    <w:unhideWhenUsed/>
    <w:rsid w:val="00326F90"/>
    <w:pPr>
      <w:numPr>
        <w:numId w:val="2"/>
      </w:numPr>
      <w:contextualSpacing/>
    </w:pPr>
  </w:style>
  <w:style w:type="paragraph" w:styleId="Lijstopsomteken3">
    <w:name w:val="List Bullet 3"/>
    <w:basedOn w:val="Standaard"/>
    <w:uiPriority w:val="99"/>
    <w:unhideWhenUsed/>
    <w:rsid w:val="00326F90"/>
    <w:pPr>
      <w:numPr>
        <w:numId w:val="3"/>
      </w:numPr>
      <w:contextualSpacing/>
    </w:pPr>
  </w:style>
  <w:style w:type="paragraph" w:styleId="Lijstnummering">
    <w:name w:val="List Number"/>
    <w:basedOn w:val="Standaard"/>
    <w:uiPriority w:val="99"/>
    <w:unhideWhenUsed/>
    <w:rsid w:val="00326F90"/>
    <w:pPr>
      <w:numPr>
        <w:numId w:val="5"/>
      </w:numPr>
      <w:contextualSpacing/>
    </w:pPr>
  </w:style>
  <w:style w:type="paragraph" w:styleId="Lijstnummering2">
    <w:name w:val="List Number 2"/>
    <w:basedOn w:val="Standaard"/>
    <w:uiPriority w:val="99"/>
    <w:unhideWhenUsed/>
    <w:rsid w:val="0029639D"/>
    <w:pPr>
      <w:numPr>
        <w:numId w:val="6"/>
      </w:numPr>
      <w:contextualSpacing/>
    </w:pPr>
  </w:style>
  <w:style w:type="paragraph" w:styleId="Lijstnummering3">
    <w:name w:val="List Number 3"/>
    <w:basedOn w:val="Standaard"/>
    <w:uiPriority w:val="99"/>
    <w:unhideWhenUsed/>
    <w:rsid w:val="0029639D"/>
    <w:pPr>
      <w:numPr>
        <w:numId w:val="7"/>
      </w:numPr>
      <w:contextualSpacing/>
    </w:pPr>
  </w:style>
  <w:style w:type="paragraph" w:styleId="Lijstvoortzetting">
    <w:name w:val="List Continue"/>
    <w:basedOn w:val="Standaard"/>
    <w:uiPriority w:val="99"/>
    <w:unhideWhenUsed/>
    <w:rsid w:val="0029639D"/>
    <w:pPr>
      <w:ind w:left="360"/>
      <w:contextualSpacing/>
    </w:pPr>
  </w:style>
  <w:style w:type="paragraph" w:styleId="Lijstvoortzetting2">
    <w:name w:val="List Continue 2"/>
    <w:basedOn w:val="Standaard"/>
    <w:uiPriority w:val="99"/>
    <w:unhideWhenUsed/>
    <w:rsid w:val="0029639D"/>
    <w:pPr>
      <w:ind w:left="720"/>
      <w:contextualSpacing/>
    </w:pPr>
  </w:style>
  <w:style w:type="paragraph" w:styleId="Lijstvoortzetting3">
    <w:name w:val="List Continue 3"/>
    <w:basedOn w:val="Standaard"/>
    <w:uiPriority w:val="99"/>
    <w:unhideWhenUsed/>
    <w:rsid w:val="0029639D"/>
    <w:pPr>
      <w:ind w:left="1080"/>
      <w:contextualSpacing/>
    </w:pPr>
  </w:style>
  <w:style w:type="paragraph" w:styleId="Macrotekst">
    <w:name w:val="macro"/>
    <w:link w:val="Macroteks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kstChar">
    <w:name w:val="Macrotekst Char"/>
    <w:basedOn w:val="Standaardalinea-lettertype"/>
    <w:link w:val="Macrotekst"/>
    <w:uiPriority w:val="99"/>
    <w:rsid w:val="0029639D"/>
    <w:rPr>
      <w:rFonts w:ascii="Courier" w:hAnsi="Courier"/>
      <w:sz w:val="20"/>
      <w:szCs w:val="20"/>
    </w:rPr>
  </w:style>
  <w:style w:type="paragraph" w:styleId="Citaat">
    <w:name w:val="Quote"/>
    <w:basedOn w:val="Standaard"/>
    <w:next w:val="Standaard"/>
    <w:link w:val="CitaatChar"/>
    <w:uiPriority w:val="29"/>
    <w:qFormat/>
    <w:rsid w:val="00FC693F"/>
    <w:rPr>
      <w:i/>
      <w:iCs/>
      <w:color w:val="000000" w:themeColor="text1"/>
    </w:rPr>
  </w:style>
  <w:style w:type="character" w:customStyle="1" w:styleId="CitaatChar">
    <w:name w:val="Citaat Char"/>
    <w:basedOn w:val="Standaardalinea-lettertype"/>
    <w:link w:val="Citaat"/>
    <w:uiPriority w:val="29"/>
    <w:rsid w:val="00FC693F"/>
    <w:rPr>
      <w:i/>
      <w:iCs/>
      <w:color w:val="000000" w:themeColor="text1"/>
    </w:rPr>
  </w:style>
  <w:style w:type="character" w:customStyle="1" w:styleId="Kop4Char">
    <w:name w:val="Kop 4 Char"/>
    <w:basedOn w:val="Standaardalinea-lettertype"/>
    <w:link w:val="Kop4"/>
    <w:uiPriority w:val="9"/>
    <w:semiHidden/>
    <w:rsid w:val="00FC693F"/>
    <w:rPr>
      <w:rFonts w:asciiTheme="majorHAnsi" w:eastAsiaTheme="majorEastAsia" w:hAnsiTheme="majorHAnsi" w:cstheme="majorBidi"/>
      <w:b/>
      <w:bCs/>
      <w:i/>
      <w:iCs/>
      <w:color w:val="4F81BD" w:themeColor="accent1"/>
    </w:rPr>
  </w:style>
  <w:style w:type="character" w:customStyle="1" w:styleId="Kop5Char">
    <w:name w:val="Kop 5 Char"/>
    <w:basedOn w:val="Standaardalinea-lettertype"/>
    <w:link w:val="Kop5"/>
    <w:uiPriority w:val="9"/>
    <w:semiHidden/>
    <w:rsid w:val="00FC693F"/>
    <w:rPr>
      <w:rFonts w:asciiTheme="majorHAnsi" w:eastAsiaTheme="majorEastAsia" w:hAnsiTheme="majorHAnsi" w:cstheme="majorBidi"/>
      <w:color w:val="243F60" w:themeColor="accent1" w:themeShade="7F"/>
    </w:rPr>
  </w:style>
  <w:style w:type="character" w:customStyle="1" w:styleId="Kop6Char">
    <w:name w:val="Kop 6 Char"/>
    <w:basedOn w:val="Standaardalinea-lettertype"/>
    <w:link w:val="Kop6"/>
    <w:uiPriority w:val="9"/>
    <w:semiHidden/>
    <w:rsid w:val="00FC693F"/>
    <w:rPr>
      <w:rFonts w:asciiTheme="majorHAnsi" w:eastAsiaTheme="majorEastAsia" w:hAnsiTheme="majorHAnsi" w:cstheme="majorBidi"/>
      <w:i/>
      <w:iCs/>
      <w:color w:val="243F60" w:themeColor="accent1" w:themeShade="7F"/>
    </w:rPr>
  </w:style>
  <w:style w:type="character" w:customStyle="1" w:styleId="Kop7Char">
    <w:name w:val="Kop 7 Char"/>
    <w:basedOn w:val="Standaardalinea-lettertype"/>
    <w:link w:val="Kop7"/>
    <w:uiPriority w:val="9"/>
    <w:semiHidden/>
    <w:rsid w:val="00FC693F"/>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FC693F"/>
    <w:rPr>
      <w:rFonts w:asciiTheme="majorHAnsi" w:eastAsiaTheme="majorEastAsia" w:hAnsiTheme="majorHAnsi" w:cstheme="majorBidi"/>
      <w:color w:val="4F81BD" w:themeColor="accent1"/>
      <w:sz w:val="20"/>
      <w:szCs w:val="20"/>
    </w:rPr>
  </w:style>
  <w:style w:type="character" w:customStyle="1" w:styleId="Kop9Char">
    <w:name w:val="Kop 9 Char"/>
    <w:basedOn w:val="Standaardalinea-lettertype"/>
    <w:link w:val="Kop9"/>
    <w:uiPriority w:val="9"/>
    <w:semiHidden/>
    <w:rsid w:val="00FC693F"/>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FC693F"/>
    <w:pPr>
      <w:spacing w:line="240" w:lineRule="auto"/>
    </w:pPr>
    <w:rPr>
      <w:b/>
      <w:bCs/>
      <w:color w:val="4F81BD" w:themeColor="accent1"/>
      <w:sz w:val="18"/>
      <w:szCs w:val="18"/>
    </w:rPr>
  </w:style>
  <w:style w:type="character" w:styleId="Zwaar">
    <w:name w:val="Strong"/>
    <w:basedOn w:val="Standaardalinea-lettertype"/>
    <w:uiPriority w:val="22"/>
    <w:qFormat/>
    <w:rsid w:val="00FC693F"/>
    <w:rPr>
      <w:b/>
      <w:bCs/>
    </w:rPr>
  </w:style>
  <w:style w:type="character" w:styleId="Nadruk">
    <w:name w:val="Emphasis"/>
    <w:basedOn w:val="Standaardalinea-lettertype"/>
    <w:uiPriority w:val="20"/>
    <w:qFormat/>
    <w:rsid w:val="00FC693F"/>
    <w:rPr>
      <w:i/>
      <w:iCs/>
    </w:rPr>
  </w:style>
  <w:style w:type="paragraph" w:styleId="Duidelijkcitaat">
    <w:name w:val="Intense Quote"/>
    <w:basedOn w:val="Standaard"/>
    <w:next w:val="Standaard"/>
    <w:link w:val="Duidelijkcitaat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DuidelijkcitaatChar">
    <w:name w:val="Duidelijk citaat Char"/>
    <w:basedOn w:val="Standaardalinea-lettertype"/>
    <w:link w:val="Duidelijkcitaat"/>
    <w:uiPriority w:val="30"/>
    <w:rsid w:val="00FC693F"/>
    <w:rPr>
      <w:b/>
      <w:bCs/>
      <w:i/>
      <w:iCs/>
      <w:color w:val="4F81BD" w:themeColor="accent1"/>
    </w:rPr>
  </w:style>
  <w:style w:type="character" w:styleId="Subtielebenadrukking">
    <w:name w:val="Subtle Emphasis"/>
    <w:basedOn w:val="Standaardalinea-lettertype"/>
    <w:uiPriority w:val="19"/>
    <w:qFormat/>
    <w:rsid w:val="00FC693F"/>
    <w:rPr>
      <w:i/>
      <w:iCs/>
      <w:color w:val="808080" w:themeColor="text1" w:themeTint="7F"/>
    </w:rPr>
  </w:style>
  <w:style w:type="character" w:styleId="Intensievebenadrukking">
    <w:name w:val="Intense Emphasis"/>
    <w:basedOn w:val="Standaardalinea-lettertype"/>
    <w:uiPriority w:val="21"/>
    <w:qFormat/>
    <w:rsid w:val="00FC693F"/>
    <w:rPr>
      <w:b/>
      <w:bCs/>
      <w:i/>
      <w:iCs/>
      <w:color w:val="4F81BD" w:themeColor="accent1"/>
    </w:rPr>
  </w:style>
  <w:style w:type="character" w:styleId="Subtieleverwijzing">
    <w:name w:val="Subtle Reference"/>
    <w:basedOn w:val="Standaardalinea-lettertype"/>
    <w:uiPriority w:val="31"/>
    <w:qFormat/>
    <w:rsid w:val="00FC693F"/>
    <w:rPr>
      <w:smallCaps/>
      <w:color w:val="C0504D" w:themeColor="accent2"/>
      <w:u w:val="single"/>
    </w:rPr>
  </w:style>
  <w:style w:type="character" w:styleId="Intensieveverwijzing">
    <w:name w:val="Intense Reference"/>
    <w:basedOn w:val="Standaardalinea-lettertype"/>
    <w:uiPriority w:val="32"/>
    <w:qFormat/>
    <w:rsid w:val="00FC693F"/>
    <w:rPr>
      <w:b/>
      <w:bCs/>
      <w:smallCaps/>
      <w:color w:val="C0504D" w:themeColor="accent2"/>
      <w:spacing w:val="5"/>
      <w:u w:val="single"/>
    </w:rPr>
  </w:style>
  <w:style w:type="character" w:styleId="Titelvanboek">
    <w:name w:val="Book Title"/>
    <w:basedOn w:val="Standaardalinea-lettertype"/>
    <w:uiPriority w:val="33"/>
    <w:qFormat/>
    <w:rsid w:val="00FC693F"/>
    <w:rPr>
      <w:b/>
      <w:bCs/>
      <w:smallCaps/>
      <w:spacing w:val="5"/>
    </w:rPr>
  </w:style>
  <w:style w:type="paragraph" w:styleId="Kopvaninhoudsopgave">
    <w:name w:val="TOC Heading"/>
    <w:basedOn w:val="Kop1"/>
    <w:next w:val="Standaard"/>
    <w:uiPriority w:val="39"/>
    <w:semiHidden/>
    <w:unhideWhenUsed/>
    <w:qFormat/>
    <w:rsid w:val="00FC693F"/>
    <w:pPr>
      <w:outlineLvl w:val="9"/>
    </w:pPr>
  </w:style>
  <w:style w:type="table" w:styleId="Tabelraster">
    <w:name w:val="Table Grid"/>
    <w:basedOn w:val="Standaardtabe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chtearcering">
    <w:name w:val="Light Shading"/>
    <w:basedOn w:val="Standaardtabe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chtearcering-accent2">
    <w:name w:val="Light Shading Accent 2"/>
    <w:basedOn w:val="Standaardtabe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chtearcering-accent3">
    <w:name w:val="Light Shading Accent 3"/>
    <w:basedOn w:val="Standaardtabe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chtearcering-accent4">
    <w:name w:val="Light Shading Accent 4"/>
    <w:basedOn w:val="Standaardtabe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chtearcering-accent5">
    <w:name w:val="Light Shading Accent 5"/>
    <w:basedOn w:val="Standaardtabe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chtearcering-accent6">
    <w:name w:val="Light Shading Accent 6"/>
    <w:basedOn w:val="Standaardtabe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chtelijst">
    <w:name w:val="Light List"/>
    <w:basedOn w:val="Standaardtabe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accent1">
    <w:name w:val="Light List Accent 1"/>
    <w:basedOn w:val="Standaardtabe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chtelijst-accent2">
    <w:name w:val="Light List Accent 2"/>
    <w:basedOn w:val="Standaardtabe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chtelijst-accent3">
    <w:name w:val="Light List Accent 3"/>
    <w:basedOn w:val="Standaardtabe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chtelijst-accent4">
    <w:name w:val="Light List Accent 4"/>
    <w:basedOn w:val="Standaardtabe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chtelijst-accent5">
    <w:name w:val="Light List Accent 5"/>
    <w:basedOn w:val="Standaardtabe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chtelijst-accent6">
    <w:name w:val="Light List Accent 6"/>
    <w:basedOn w:val="Standaardtabe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chtraster">
    <w:name w:val="Light Grid"/>
    <w:basedOn w:val="Standaardtabe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chtraster-accent2">
    <w:name w:val="Light Grid Accent 2"/>
    <w:basedOn w:val="Standaardtabe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chtraster-accent3">
    <w:name w:val="Light Grid Accent 3"/>
    <w:basedOn w:val="Standaardtabe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chtraster-accent4">
    <w:name w:val="Light Grid Accent 4"/>
    <w:basedOn w:val="Standaardtabe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chtraster-accent5">
    <w:name w:val="Light Grid Accent 5"/>
    <w:basedOn w:val="Standaardtabe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chtraster-accent6">
    <w:name w:val="Light Grid Accent 6"/>
    <w:basedOn w:val="Standaardtabe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Gemiddeldearcering1">
    <w:name w:val="Medium Shading 1"/>
    <w:basedOn w:val="Standaardtabe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lijst1">
    <w:name w:val="Medium List 1"/>
    <w:basedOn w:val="Standaardtabe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Gemiddeldelijst1-accent2">
    <w:name w:val="Medium List 1 Accent 2"/>
    <w:basedOn w:val="Standaardtabe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Gemiddeldelijst1-accent3">
    <w:name w:val="Medium List 1 Accent 3"/>
    <w:basedOn w:val="Standaardtabe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Gemiddeldelijst1-accent4">
    <w:name w:val="Medium List 1 Accent 4"/>
    <w:basedOn w:val="Standaardtabe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Gemiddeldelijst1-accent5">
    <w:name w:val="Medium List 1 Accent 5"/>
    <w:basedOn w:val="Standaardtabe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Gemiddeldelijst1-accent6">
    <w:name w:val="Medium List 1 Accent 6"/>
    <w:basedOn w:val="Standaardtabe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Gemiddeldelijst2">
    <w:name w:val="Medium List 2"/>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raster1">
    <w:name w:val="Medium Grid 1"/>
    <w:basedOn w:val="Standaardtabe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1-accent1">
    <w:name w:val="Medium Grid 1 Accent 1"/>
    <w:basedOn w:val="Standaardtabe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emiddeldraster1-accent2">
    <w:name w:val="Medium Grid 1 Accent 2"/>
    <w:basedOn w:val="Standaardtabe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emiddeldraster1-accent3">
    <w:name w:val="Medium Grid 1 Accent 3"/>
    <w:basedOn w:val="Standaardtabe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emiddeldraster1-accent4">
    <w:name w:val="Medium Grid 1 Accent 4"/>
    <w:basedOn w:val="Standaardtabe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emiddeldraster1-accent5">
    <w:name w:val="Medium Grid 1 Accent 5"/>
    <w:basedOn w:val="Standaardtabe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emiddeldraster1-accent6">
    <w:name w:val="Medium Grid 1 Accent 6"/>
    <w:basedOn w:val="Standaardtabe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emiddeldraster2">
    <w:name w:val="Medium Grid 2"/>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raster3-accent1">
    <w:name w:val="Medium Grid 3 Accent 1"/>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emiddeldraster3-accent2">
    <w:name w:val="Medium Grid 3 Accent 2"/>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emiddeldraster3-accent3">
    <w:name w:val="Medium Grid 3 Accent 3"/>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emiddeldraster3-accent4">
    <w:name w:val="Medium Grid 3 Accent 4"/>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emiddeldraster3-accent5">
    <w:name w:val="Medium Grid 3 Accent 5"/>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emiddeldraster3-accent6">
    <w:name w:val="Medium Grid 3 Accent 6"/>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onkerelijst">
    <w:name w:val="Dark List"/>
    <w:basedOn w:val="Standaardtabe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onkerelijst-accent1">
    <w:name w:val="Dark List Accent 1"/>
    <w:basedOn w:val="Standaardtabe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onkerelijst-accent2">
    <w:name w:val="Dark List Accent 2"/>
    <w:basedOn w:val="Standaardtabe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onkerelijst-accent3">
    <w:name w:val="Dark List Accent 3"/>
    <w:basedOn w:val="Standaardtabe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onkerelijst-accent4">
    <w:name w:val="Dark List Accent 4"/>
    <w:basedOn w:val="Standaardtabe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onkerelijst-accent5">
    <w:name w:val="Dark List Accent 5"/>
    <w:basedOn w:val="Standaardtabe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onkerelijst-accent6">
    <w:name w:val="Dark List Accent 6"/>
    <w:basedOn w:val="Standaardtabe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Kleurrijkearcering">
    <w:name w:val="Colorful Shading"/>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leurrijkearcering-accent2">
    <w:name w:val="Colorful Shading Accent 2"/>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leurrijkearcering-accent4">
    <w:name w:val="Colorful Shading Accent 4"/>
    <w:basedOn w:val="Standaardtabe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leurrijkearcering-accent6">
    <w:name w:val="Colorful Shading Accent 6"/>
    <w:basedOn w:val="Standaardtabe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Kleurrijkelijst">
    <w:name w:val="Colorful List"/>
    <w:basedOn w:val="Standaardtabe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lijst-accent1">
    <w:name w:val="Colorful List Accent 1"/>
    <w:basedOn w:val="Standaardtabe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leurrijkelijst-accent2">
    <w:name w:val="Colorful List Accent 2"/>
    <w:basedOn w:val="Standaardtabe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leurrijkelijst-accent3">
    <w:name w:val="Colorful List Accent 3"/>
    <w:basedOn w:val="Standaardtabe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leurrijkelijst-accent4">
    <w:name w:val="Colorful List Accent 4"/>
    <w:basedOn w:val="Standaardtabe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leurrijkelijst-accent5">
    <w:name w:val="Colorful List Accent 5"/>
    <w:basedOn w:val="Standaardtabe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leurrijkelijst-accent6">
    <w:name w:val="Colorful List Accent 6"/>
    <w:basedOn w:val="Standaardtabe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leurrijkraster">
    <w:name w:val="Colorful Grid"/>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raster-accent1">
    <w:name w:val="Colorful Grid Accent 1"/>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leurrijkraster-accent2">
    <w:name w:val="Colorful Grid Accent 2"/>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leurrijkraster-accent3">
    <w:name w:val="Colorful Grid Accent 3"/>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leurrijkraster-accent4">
    <w:name w:val="Colorful Grid Accent 4"/>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leurrijkraster-accent5">
    <w:name w:val="Colorful Grid Accent 5"/>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leurrijkraster-accent6">
    <w:name w:val="Colorful Grid Accent 6"/>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Verwijzingopmerking">
    <w:name w:val="annotation reference"/>
    <w:basedOn w:val="Standaardalinea-lettertype"/>
    <w:uiPriority w:val="99"/>
    <w:semiHidden/>
    <w:unhideWhenUsed/>
    <w:rsid w:val="003D736A"/>
    <w:rPr>
      <w:sz w:val="16"/>
      <w:szCs w:val="16"/>
    </w:rPr>
  </w:style>
  <w:style w:type="paragraph" w:styleId="Tekstopmerking">
    <w:name w:val="annotation text"/>
    <w:basedOn w:val="Standaard"/>
    <w:link w:val="TekstopmerkingChar"/>
    <w:uiPriority w:val="99"/>
    <w:semiHidden/>
    <w:unhideWhenUsed/>
    <w:rsid w:val="003D736A"/>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3D736A"/>
    <w:rPr>
      <w:rFonts w:ascii="IBM Plex Sans" w:hAnsi="IBM Plex Sans"/>
      <w:sz w:val="20"/>
      <w:szCs w:val="20"/>
    </w:rPr>
  </w:style>
  <w:style w:type="paragraph" w:styleId="Onderwerpvanopmerking">
    <w:name w:val="annotation subject"/>
    <w:basedOn w:val="Tekstopmerking"/>
    <w:next w:val="Tekstopmerking"/>
    <w:link w:val="OnderwerpvanopmerkingChar"/>
    <w:uiPriority w:val="99"/>
    <w:semiHidden/>
    <w:unhideWhenUsed/>
    <w:rsid w:val="003D736A"/>
    <w:rPr>
      <w:b/>
      <w:bCs/>
    </w:rPr>
  </w:style>
  <w:style w:type="character" w:customStyle="1" w:styleId="OnderwerpvanopmerkingChar">
    <w:name w:val="Onderwerp van opmerking Char"/>
    <w:basedOn w:val="TekstopmerkingChar"/>
    <w:link w:val="Onderwerpvanopmerking"/>
    <w:uiPriority w:val="99"/>
    <w:semiHidden/>
    <w:rsid w:val="003D736A"/>
    <w:rPr>
      <w:rFonts w:ascii="IBM Plex Sans" w:hAnsi="IBM Plex Sans"/>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254</Words>
  <Characters>1400</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1651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Calvin Schukkink</cp:lastModifiedBy>
  <cp:revision>2</cp:revision>
  <dcterms:created xsi:type="dcterms:W3CDTF">2013-12-23T23:15:00Z</dcterms:created>
  <dcterms:modified xsi:type="dcterms:W3CDTF">2026-08-13T07:00:00Z</dcterms:modified>
  <cp:category/>
</cp:coreProperties>
</file>