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7F446" w14:textId="77777777" w:rsidR="00E12FA7" w:rsidRPr="00111DC5" w:rsidRDefault="00153D7A">
      <w:pPr>
        <w:jc w:val="center"/>
        <w:rPr>
          <w:lang w:val="nl-NL"/>
        </w:rPr>
      </w:pPr>
      <w:r w:rsidRPr="00111DC5">
        <w:rPr>
          <w:rFonts w:ascii="Libre Baskerville" w:hAnsi="Libre Baskerville"/>
          <w:color w:val="6B6B6B"/>
          <w:sz w:val="20"/>
          <w:lang w:val="nl-NL"/>
        </w:rPr>
        <w:t>Stichting Democratische Vernieuwing</w:t>
      </w:r>
    </w:p>
    <w:p w14:paraId="5293115F" w14:textId="77777777" w:rsidR="00E12FA7" w:rsidRPr="00111DC5" w:rsidRDefault="00153D7A">
      <w:pPr>
        <w:jc w:val="center"/>
        <w:rPr>
          <w:lang w:val="nl-NL"/>
        </w:rPr>
      </w:pPr>
      <w:r w:rsidRPr="00111DC5">
        <w:rPr>
          <w:color w:val="6B6B6B"/>
          <w:sz w:val="16"/>
          <w:lang w:val="nl-NL"/>
        </w:rPr>
        <w:t>Toolkit</w:t>
      </w:r>
    </w:p>
    <w:p w14:paraId="6F0E5196" w14:textId="77777777" w:rsidR="00E12FA7" w:rsidRPr="00111DC5" w:rsidRDefault="00E12FA7">
      <w:pPr>
        <w:rPr>
          <w:lang w:val="nl-NL"/>
        </w:rPr>
      </w:pPr>
    </w:p>
    <w:p w14:paraId="135CCCCC" w14:textId="77777777" w:rsidR="00E12FA7" w:rsidRPr="00111DC5" w:rsidRDefault="00153D7A">
      <w:pPr>
        <w:rPr>
          <w:lang w:val="nl-NL"/>
        </w:rPr>
      </w:pPr>
      <w:proofErr w:type="spellStart"/>
      <w:r w:rsidRPr="00111DC5">
        <w:rPr>
          <w:rFonts w:ascii="Libre Baskerville" w:hAnsi="Libre Baskerville"/>
          <w:b/>
          <w:color w:val="0F2A22"/>
          <w:sz w:val="32"/>
          <w:lang w:val="nl-NL"/>
        </w:rPr>
        <w:t>Woo</w:t>
      </w:r>
      <w:proofErr w:type="spellEnd"/>
      <w:r w:rsidRPr="00111DC5">
        <w:rPr>
          <w:rFonts w:ascii="Libre Baskerville" w:hAnsi="Libre Baskerville"/>
          <w:b/>
          <w:color w:val="0F2A22"/>
          <w:sz w:val="32"/>
          <w:lang w:val="nl-NL"/>
        </w:rPr>
        <w:t>-verzoek (Wet open overheid)</w:t>
      </w:r>
    </w:p>
    <w:p w14:paraId="6A2977C3" w14:textId="77777777" w:rsidR="00E12FA7" w:rsidRPr="00111DC5" w:rsidRDefault="00E12FA7">
      <w:pPr>
        <w:rPr>
          <w:lang w:val="nl-NL"/>
        </w:rPr>
      </w:pPr>
    </w:p>
    <w:p w14:paraId="53E462E2" w14:textId="77777777" w:rsidR="00E12FA7" w:rsidRPr="00111DC5" w:rsidRDefault="00153D7A">
      <w:pPr>
        <w:rPr>
          <w:lang w:val="nl-NL"/>
        </w:rPr>
      </w:pPr>
      <w:r w:rsidRPr="00111DC5">
        <w:rPr>
          <w:i/>
          <w:color w:val="6B6B6B"/>
          <w:sz w:val="20"/>
          <w:lang w:val="nl-NL"/>
        </w:rPr>
        <w:t xml:space="preserve">Dit verzoek vraagt om openbaarmaking van </w:t>
      </w:r>
      <w:proofErr w:type="spellStart"/>
      <w:r w:rsidRPr="00111DC5">
        <w:rPr>
          <w:i/>
          <w:color w:val="6B6B6B"/>
          <w:sz w:val="20"/>
          <w:lang w:val="nl-NL"/>
        </w:rPr>
        <w:t>bestuursdocumenten</w:t>
      </w:r>
      <w:proofErr w:type="spellEnd"/>
      <w:r w:rsidRPr="00111DC5">
        <w:rPr>
          <w:i/>
          <w:color w:val="6B6B6B"/>
          <w:sz w:val="20"/>
          <w:lang w:val="nl-NL"/>
        </w:rPr>
        <w:t xml:space="preserve">. Dien het in bij het bestuursorgaan dat de documenten heeft. Beschrijf zo specifiek mogelijk welke </w:t>
      </w:r>
      <w:r w:rsidRPr="00111DC5">
        <w:rPr>
          <w:i/>
          <w:color w:val="6B6B6B"/>
          <w:sz w:val="20"/>
          <w:lang w:val="nl-NL"/>
        </w:rPr>
        <w:t>documenten u opvraagt.</w:t>
      </w:r>
    </w:p>
    <w:p w14:paraId="7BB25948" w14:textId="77777777" w:rsidR="00E12FA7" w:rsidRPr="00111DC5" w:rsidRDefault="00153D7A">
      <w:pPr>
        <w:spacing w:before="240"/>
        <w:rPr>
          <w:lang w:val="nl-NL"/>
        </w:rPr>
      </w:pPr>
      <w:r w:rsidRPr="00111DC5">
        <w:rPr>
          <w:rFonts w:ascii="Libre Baskerville" w:hAnsi="Libre Baskerville"/>
          <w:b/>
          <w:color w:val="0F2A22"/>
          <w:sz w:val="26"/>
          <w:lang w:val="nl-NL"/>
        </w:rPr>
        <w:t>Aan</w:t>
      </w:r>
    </w:p>
    <w:p w14:paraId="04180F8D" w14:textId="77777777" w:rsidR="00E12FA7" w:rsidRPr="00111DC5" w:rsidRDefault="00153D7A">
      <w:pPr>
        <w:rPr>
          <w:lang w:val="nl-NL"/>
        </w:rPr>
      </w:pPr>
      <w:r w:rsidRPr="00111DC5">
        <w:rPr>
          <w:b/>
          <w:lang w:val="nl-NL"/>
        </w:rPr>
        <w:t xml:space="preserve">Bestuursorgaan: </w:t>
      </w:r>
      <w:r w:rsidRPr="00111DC5">
        <w:rPr>
          <w:lang w:val="nl-NL"/>
        </w:rPr>
        <w:t>[VUL IN: ...]</w:t>
      </w:r>
    </w:p>
    <w:p w14:paraId="2A195962" w14:textId="77777777" w:rsidR="00E12FA7" w:rsidRPr="00111DC5" w:rsidRDefault="00153D7A">
      <w:pPr>
        <w:rPr>
          <w:lang w:val="nl-NL"/>
        </w:rPr>
      </w:pPr>
      <w:r w:rsidRPr="00111DC5">
        <w:rPr>
          <w:b/>
          <w:lang w:val="nl-NL"/>
        </w:rPr>
        <w:t xml:space="preserve">T.a.v.: </w:t>
      </w:r>
      <w:proofErr w:type="spellStart"/>
      <w:r w:rsidRPr="00111DC5">
        <w:rPr>
          <w:lang w:val="nl-NL"/>
        </w:rPr>
        <w:t>Woo</w:t>
      </w:r>
      <w:proofErr w:type="spellEnd"/>
      <w:r w:rsidRPr="00111DC5">
        <w:rPr>
          <w:lang w:val="nl-NL"/>
        </w:rPr>
        <w:t>-</w:t>
      </w:r>
      <w:proofErr w:type="gramStart"/>
      <w:r w:rsidRPr="00111DC5">
        <w:rPr>
          <w:lang w:val="nl-NL"/>
        </w:rPr>
        <w:t>functionaris /</w:t>
      </w:r>
      <w:proofErr w:type="gramEnd"/>
      <w:r w:rsidRPr="00111DC5">
        <w:rPr>
          <w:lang w:val="nl-NL"/>
        </w:rPr>
        <w:t xml:space="preserve"> afdeling informatiebeheer</w:t>
      </w:r>
    </w:p>
    <w:p w14:paraId="2986D12E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[VUL IN: ...]</w:t>
      </w:r>
      <w:r w:rsidRPr="00111DC5">
        <w:rPr>
          <w:lang w:val="nl-NL"/>
        </w:rPr>
        <w:br/>
        <w:t>[VUL IN: ...]</w:t>
      </w:r>
      <w:r w:rsidRPr="00111DC5">
        <w:rPr>
          <w:lang w:val="nl-NL"/>
        </w:rPr>
        <w:br/>
        <w:t>[VUL IN: ...]</w:t>
      </w:r>
    </w:p>
    <w:p w14:paraId="34139D9D" w14:textId="77777777" w:rsidR="00E12FA7" w:rsidRPr="00111DC5" w:rsidRDefault="00153D7A">
      <w:pPr>
        <w:spacing w:before="240"/>
        <w:rPr>
          <w:lang w:val="nl-NL"/>
        </w:rPr>
      </w:pPr>
      <w:r w:rsidRPr="00111DC5">
        <w:rPr>
          <w:rFonts w:ascii="Libre Baskerville" w:hAnsi="Libre Baskerville"/>
          <w:b/>
          <w:color w:val="0F2A22"/>
          <w:sz w:val="26"/>
          <w:lang w:val="nl-NL"/>
        </w:rPr>
        <w:t>Van</w:t>
      </w:r>
    </w:p>
    <w:p w14:paraId="6F9269F2" w14:textId="77777777" w:rsidR="00E12FA7" w:rsidRPr="00111DC5" w:rsidRDefault="00153D7A">
      <w:pPr>
        <w:rPr>
          <w:lang w:val="nl-NL"/>
        </w:rPr>
      </w:pPr>
      <w:r w:rsidRPr="00111DC5">
        <w:rPr>
          <w:b/>
          <w:lang w:val="nl-NL"/>
        </w:rPr>
        <w:t xml:space="preserve">Naam: </w:t>
      </w:r>
      <w:r w:rsidRPr="00111DC5">
        <w:rPr>
          <w:lang w:val="nl-NL"/>
        </w:rPr>
        <w:t>[VUL IN: ...]</w:t>
      </w:r>
    </w:p>
    <w:p w14:paraId="5EF767EA" w14:textId="77777777" w:rsidR="00E12FA7" w:rsidRPr="00111DC5" w:rsidRDefault="00153D7A">
      <w:pPr>
        <w:rPr>
          <w:lang w:val="nl-NL"/>
        </w:rPr>
      </w:pPr>
      <w:r w:rsidRPr="00111DC5">
        <w:rPr>
          <w:b/>
          <w:lang w:val="nl-NL"/>
        </w:rPr>
        <w:t xml:space="preserve">Adres: </w:t>
      </w:r>
      <w:r w:rsidRPr="00111DC5">
        <w:rPr>
          <w:lang w:val="nl-NL"/>
        </w:rPr>
        <w:t>[VUL IN: ...]</w:t>
      </w:r>
    </w:p>
    <w:p w14:paraId="545A77B7" w14:textId="77777777" w:rsidR="00E12FA7" w:rsidRDefault="00153D7A">
      <w:r w:rsidRPr="00111DC5">
        <w:rPr>
          <w:b/>
          <w:lang w:val="nl-NL"/>
        </w:rPr>
        <w:t xml:space="preserve">Postcode en woonplaats: </w:t>
      </w:r>
      <w:r w:rsidRPr="00111DC5">
        <w:rPr>
          <w:lang w:val="nl-NL"/>
        </w:rPr>
        <w:t xml:space="preserve">[VUL IN: ...] </w:t>
      </w:r>
      <w:r>
        <w:t>[VUL IN: ...]</w:t>
      </w:r>
    </w:p>
    <w:p w14:paraId="2DAF7D0D" w14:textId="77777777" w:rsidR="00E12FA7" w:rsidRDefault="00153D7A">
      <w:r>
        <w:rPr>
          <w:b/>
        </w:rPr>
        <w:t xml:space="preserve">E-mailadres: </w:t>
      </w:r>
      <w:r>
        <w:t>[VUL IN: ...]</w:t>
      </w:r>
    </w:p>
    <w:p w14:paraId="405D1FD5" w14:textId="77777777" w:rsidR="00E12FA7" w:rsidRPr="00111DC5" w:rsidRDefault="00153D7A">
      <w:pPr>
        <w:rPr>
          <w:lang w:val="nl-NL"/>
        </w:rPr>
      </w:pPr>
      <w:r w:rsidRPr="00111DC5">
        <w:rPr>
          <w:b/>
          <w:lang w:val="nl-NL"/>
        </w:rPr>
        <w:t xml:space="preserve">Telefoonnummer: </w:t>
      </w:r>
      <w:r w:rsidRPr="00111DC5">
        <w:rPr>
          <w:lang w:val="nl-NL"/>
        </w:rPr>
        <w:t>[VUL IN: ...]</w:t>
      </w:r>
    </w:p>
    <w:p w14:paraId="4F9B0C7D" w14:textId="77777777" w:rsidR="00E12FA7" w:rsidRPr="00111DC5" w:rsidRDefault="00153D7A">
      <w:pPr>
        <w:spacing w:before="240"/>
        <w:rPr>
          <w:lang w:val="nl-NL"/>
        </w:rPr>
      </w:pPr>
      <w:r w:rsidRPr="00111DC5">
        <w:rPr>
          <w:rFonts w:ascii="Libre Baskerville" w:hAnsi="Libre Baskerville"/>
          <w:b/>
          <w:color w:val="0F2A22"/>
          <w:sz w:val="26"/>
          <w:lang w:val="nl-NL"/>
        </w:rPr>
        <w:t>Datum</w:t>
      </w:r>
    </w:p>
    <w:p w14:paraId="0A3AF6A6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[VUL IN: ...]</w:t>
      </w:r>
    </w:p>
    <w:p w14:paraId="1314EC9D" w14:textId="77777777" w:rsidR="00E12FA7" w:rsidRPr="00111DC5" w:rsidRDefault="00153D7A">
      <w:pPr>
        <w:spacing w:before="240"/>
        <w:rPr>
          <w:lang w:val="nl-NL"/>
        </w:rPr>
      </w:pPr>
      <w:r w:rsidRPr="00111DC5">
        <w:rPr>
          <w:rFonts w:ascii="Libre Baskerville" w:hAnsi="Libre Baskerville"/>
          <w:b/>
          <w:color w:val="0F2A22"/>
          <w:sz w:val="26"/>
          <w:lang w:val="nl-NL"/>
        </w:rPr>
        <w:t xml:space="preserve">Betreft: </w:t>
      </w:r>
      <w:proofErr w:type="spellStart"/>
      <w:r w:rsidRPr="00111DC5">
        <w:rPr>
          <w:rFonts w:ascii="Libre Baskerville" w:hAnsi="Libre Baskerville"/>
          <w:b/>
          <w:color w:val="0F2A22"/>
          <w:sz w:val="26"/>
          <w:lang w:val="nl-NL"/>
        </w:rPr>
        <w:t>Woo</w:t>
      </w:r>
      <w:proofErr w:type="spellEnd"/>
      <w:r w:rsidRPr="00111DC5">
        <w:rPr>
          <w:rFonts w:ascii="Libre Baskerville" w:hAnsi="Libre Baskerville"/>
          <w:b/>
          <w:color w:val="0F2A22"/>
          <w:sz w:val="26"/>
          <w:lang w:val="nl-NL"/>
        </w:rPr>
        <w:t>-verzoek openbaarmaking documenten opvanglocatie</w:t>
      </w:r>
    </w:p>
    <w:p w14:paraId="24C60041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Locatie: [VUL IN: ...]</w:t>
      </w:r>
    </w:p>
    <w:p w14:paraId="5B048073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Soort opvang: [VUL IN: ...]</w:t>
      </w:r>
    </w:p>
    <w:p w14:paraId="56C09684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Besluit van: [VUL IN: ...]</w:t>
      </w:r>
    </w:p>
    <w:p w14:paraId="355B1E85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Kenmerk: [VUL IN: ...]</w:t>
      </w:r>
    </w:p>
    <w:p w14:paraId="03AEA29F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[Is er (nog) geen besluit? Verwijder dan de twee regels hierboven.]</w:t>
      </w:r>
    </w:p>
    <w:p w14:paraId="5DA15A1E" w14:textId="77777777" w:rsidR="00E12FA7" w:rsidRDefault="00153D7A">
      <w:pPr>
        <w:spacing w:before="240"/>
      </w:pPr>
      <w:proofErr w:type="spellStart"/>
      <w:r>
        <w:rPr>
          <w:rFonts w:ascii="Libre Baskerville" w:hAnsi="Libre Baskerville"/>
          <w:b/>
          <w:color w:val="0F2A22"/>
          <w:sz w:val="26"/>
        </w:rPr>
        <w:t>Geachte</w:t>
      </w:r>
      <w:proofErr w:type="spellEnd"/>
      <w:r>
        <w:rPr>
          <w:rFonts w:ascii="Libre Baskerville" w:hAnsi="Libre Baskerville"/>
          <w:b/>
          <w:color w:val="0F2A22"/>
          <w:sz w:val="26"/>
        </w:rPr>
        <w:t xml:space="preserve"> </w:t>
      </w:r>
      <w:proofErr w:type="spellStart"/>
      <w:r>
        <w:rPr>
          <w:rFonts w:ascii="Libre Baskerville" w:hAnsi="Libre Baskerville"/>
          <w:b/>
          <w:color w:val="0F2A22"/>
          <w:sz w:val="26"/>
        </w:rPr>
        <w:t>heer</w:t>
      </w:r>
      <w:proofErr w:type="spellEnd"/>
      <w:r>
        <w:rPr>
          <w:rFonts w:ascii="Libre Baskerville" w:hAnsi="Libre Baskerville"/>
          <w:b/>
          <w:color w:val="0F2A22"/>
          <w:sz w:val="26"/>
        </w:rPr>
        <w:t>/mevrouw,</w:t>
      </w:r>
    </w:p>
    <w:p w14:paraId="120B1F1F" w14:textId="77777777" w:rsidR="00E12FA7" w:rsidRPr="00111DC5" w:rsidRDefault="00153D7A">
      <w:pPr>
        <w:rPr>
          <w:lang w:val="nl-NL"/>
        </w:rPr>
      </w:pPr>
      <w:r>
        <w:rPr>
          <w:lang w:val="nl-NL"/>
        </w:rPr>
        <w:t xml:space="preserve">Op grond van de Wet open overheid (Woo) dien ik een verzoek in om openbaarmaking van alle relevante informatie met betrekking tot [het besluit / het beoogde besluit] over de [VUL IN: ...] op de locatie [VUL IN: ...]. Het gaat mij om informatie over: [VUL IN: ...].</w:t>
      </w:r>
    </w:p>
    <w:p w14:paraId="4FB5A328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Daaronder vallen in ieder geval de volgende documenten:</w:t>
      </w:r>
    </w:p>
    <w:p w14:paraId="06410688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 xml:space="preserve">1. Alle interne notities, memoranda en </w:t>
      </w:r>
      <w:r w:rsidRPr="00111DC5">
        <w:rPr>
          <w:lang w:val="nl-NL"/>
        </w:rPr>
        <w:t xml:space="preserve">e-mails of andere correspondentie tussen </w:t>
      </w:r>
      <w:r w:rsidRPr="00111DC5">
        <w:rPr>
          <w:lang w:val="nl-NL"/>
        </w:rPr>
        <w:t xml:space="preserve">gemeente, COA en het Rijk </w:t>
      </w:r>
      <w:proofErr w:type="gramStart"/>
      <w:r w:rsidRPr="00111DC5">
        <w:rPr>
          <w:lang w:val="nl-NL"/>
        </w:rPr>
        <w:t>betreffende</w:t>
      </w:r>
      <w:proofErr w:type="gramEnd"/>
      <w:r w:rsidRPr="00111DC5">
        <w:rPr>
          <w:lang w:val="nl-NL"/>
        </w:rPr>
        <w:t xml:space="preserve"> de locatiekeuze;</w:t>
      </w:r>
    </w:p>
    <w:p w14:paraId="07A45073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 xml:space="preserve">2. Het </w:t>
      </w:r>
      <w:proofErr w:type="gramStart"/>
      <w:r w:rsidRPr="00111DC5">
        <w:rPr>
          <w:lang w:val="nl-NL"/>
        </w:rPr>
        <w:t>locatieonderzoek /</w:t>
      </w:r>
      <w:proofErr w:type="gramEnd"/>
      <w:r w:rsidRPr="00111DC5">
        <w:rPr>
          <w:lang w:val="nl-NL"/>
        </w:rPr>
        <w:t xml:space="preserve"> de </w:t>
      </w:r>
      <w:proofErr w:type="spellStart"/>
      <w:r w:rsidRPr="00111DC5">
        <w:rPr>
          <w:lang w:val="nl-NL"/>
        </w:rPr>
        <w:t>locatiequickscan</w:t>
      </w:r>
      <w:proofErr w:type="spellEnd"/>
      <w:r w:rsidRPr="00111DC5">
        <w:rPr>
          <w:lang w:val="nl-NL"/>
        </w:rPr>
        <w:t xml:space="preserve"> voor de betreffende locatie;</w:t>
      </w:r>
    </w:p>
    <w:p w14:paraId="45AEF25E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 xml:space="preserve">3. </w:t>
      </w:r>
      <w:r w:rsidRPr="00111DC5">
        <w:rPr>
          <w:lang w:val="nl-NL"/>
        </w:rPr>
        <w:t>Adviezen van de brandweer, milieu- en bouwtoezicht;</w:t>
      </w:r>
    </w:p>
    <w:p w14:paraId="6394C887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4. Het beleidsstuk waarin de draagkracht van de gemeente is beoordeeld;</w:t>
      </w:r>
    </w:p>
    <w:p w14:paraId="5DDDCEB7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5. De notulen van eventuele bewonersbijeenkomsten en vooroverleggen;</w:t>
      </w:r>
    </w:p>
    <w:p w14:paraId="21501CFF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6. De correspondentie tussen het college en de gemeenteraad over dit besluit;</w:t>
      </w:r>
    </w:p>
    <w:p w14:paraId="1975264D" w14:textId="77777777" w:rsidR="00E12FA7" w:rsidRDefault="00153D7A">
      <w:pPr>
        <w:rPr>
          <w:lang w:val="nl-NL"/>
        </w:rPr>
      </w:pPr>
      <w:r w:rsidRPr="00111DC5">
        <w:rPr>
          <w:lang w:val="nl-NL"/>
        </w:rPr>
        <w:t>7. Eventuele milieu- en veiligheidsrapportages.</w:t>
      </w:r>
    </w:p>
    <w:p w14:paraId="27AFE9D1" w14:textId="3A91632C" w:rsidR="00A00010" w:rsidRPr="00111DC5" w:rsidRDefault="00A00010">
      <w:pPr>
        <w:rPr>
          <w:lang w:val="nl-NL"/>
        </w:rPr>
      </w:pPr>
      <w:r>
        <w:rPr>
          <w:lang w:val="nl-NL"/>
        </w:rPr>
        <w:t xml:space="preserve">8. Indien relevant ook al het privé-contact (zoals WhatsApp-berichten, andere media) tussen de bestuurders en betrokken personen </w:t>
      </w:r>
      <w:proofErr w:type="gramStart"/>
      <w:r>
        <w:rPr>
          <w:lang w:val="nl-NL"/>
        </w:rPr>
        <w:t>omtrent</w:t>
      </w:r>
      <w:proofErr w:type="gramEnd"/>
      <w:r>
        <w:rPr>
          <w:lang w:val="nl-NL"/>
        </w:rPr>
        <w:t xml:space="preserve"> [het besluit…]</w:t>
      </w:r>
    </w:p>
    <w:p w14:paraId="3E4B0C46" w14:textId="77777777" w:rsidR="00E12FA7" w:rsidRPr="00111DC5" w:rsidRDefault="00153D7A">
      <w:pPr>
        <w:spacing w:before="240"/>
        <w:rPr>
          <w:lang w:val="nl-NL"/>
        </w:rPr>
      </w:pPr>
      <w:r w:rsidRPr="00111DC5">
        <w:rPr>
          <w:rFonts w:ascii="Libre Baskerville" w:hAnsi="Libre Baskerville"/>
          <w:b/>
          <w:color w:val="0F2A22"/>
          <w:sz w:val="26"/>
          <w:lang w:val="nl-NL"/>
        </w:rPr>
        <w:t>Gehanteerde grondslag</w:t>
      </w:r>
    </w:p>
    <w:p w14:paraId="6022AB06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 xml:space="preserve">Dit verzoek is gebaseerd op artikel 4.1 </w:t>
      </w:r>
      <w:proofErr w:type="spellStart"/>
      <w:r w:rsidRPr="00111DC5">
        <w:rPr>
          <w:lang w:val="nl-NL"/>
        </w:rPr>
        <w:t>Woo</w:t>
      </w:r>
      <w:proofErr w:type="spellEnd"/>
      <w:r w:rsidRPr="00111DC5">
        <w:rPr>
          <w:lang w:val="nl-NL"/>
        </w:rPr>
        <w:t xml:space="preserve"> (het recht om een verzoek om publieke informatie in te dienen). Ik verzoek u de documenten openbaar te maken tenzij een weigeringsgrond als bedoeld in artikel 5.1 </w:t>
      </w:r>
      <w:proofErr w:type="spellStart"/>
      <w:r w:rsidRPr="00111DC5">
        <w:rPr>
          <w:lang w:val="nl-NL"/>
        </w:rPr>
        <w:t>Woo</w:t>
      </w:r>
      <w:proofErr w:type="spellEnd"/>
      <w:r w:rsidRPr="00111DC5">
        <w:rPr>
          <w:lang w:val="nl-NL"/>
        </w:rPr>
        <w:t xml:space="preserve"> van toepassing is. In dat geval verzoek ik u de weigeringsgrond per document te motiveren. Voor zover de gevraagde informatie ouder is dan vijf jaar, verzoek ik u bij een eventuele weigering te motiveren waarom het betrokken belang ondanks het tijdsverloop zwaarder weegt dan het algemeen belang van openbaarheid (art. 5.3 </w:t>
      </w:r>
      <w:proofErr w:type="spellStart"/>
      <w:r w:rsidRPr="00111DC5">
        <w:rPr>
          <w:lang w:val="nl-NL"/>
        </w:rPr>
        <w:t>Woo</w:t>
      </w:r>
      <w:proofErr w:type="spellEnd"/>
      <w:r w:rsidRPr="00111DC5">
        <w:rPr>
          <w:lang w:val="nl-NL"/>
        </w:rPr>
        <w:t>).</w:t>
      </w:r>
    </w:p>
    <w:p w14:paraId="2D07FDF7" w14:textId="77777777" w:rsidR="00E12FA7" w:rsidRPr="00111DC5" w:rsidRDefault="00153D7A">
      <w:pPr>
        <w:spacing w:before="240"/>
        <w:rPr>
          <w:lang w:val="nl-NL"/>
        </w:rPr>
      </w:pPr>
      <w:r w:rsidRPr="00111DC5">
        <w:rPr>
          <w:rFonts w:ascii="Libre Baskerville" w:hAnsi="Libre Baskerville"/>
          <w:b/>
          <w:color w:val="0F2A22"/>
          <w:sz w:val="26"/>
          <w:lang w:val="nl-NL"/>
        </w:rPr>
        <w:t>Termijn</w:t>
      </w:r>
    </w:p>
    <w:p w14:paraId="26A6BF14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 xml:space="preserve">U dient uiterlijk binnen vier weken, gerekend vanaf de dag na die waarop het verzoek is ontvangen, op dit verzoek te beslissen </w:t>
      </w:r>
      <w:r w:rsidRPr="00111DC5">
        <w:rPr>
          <w:lang w:val="nl-NL"/>
        </w:rPr>
        <w:t xml:space="preserve">(art. 4.4 lid 1 </w:t>
      </w:r>
      <w:proofErr w:type="spellStart"/>
      <w:r w:rsidRPr="00111DC5">
        <w:rPr>
          <w:lang w:val="nl-NL"/>
        </w:rPr>
        <w:t>Woo</w:t>
      </w:r>
      <w:proofErr w:type="spellEnd"/>
      <w:r w:rsidRPr="00111DC5">
        <w:rPr>
          <w:lang w:val="nl-NL"/>
        </w:rPr>
        <w:t xml:space="preserve">). Verdaging met ten hoogste twee weken is mogelijk (art. 4.4 lid 2 </w:t>
      </w:r>
      <w:proofErr w:type="spellStart"/>
      <w:r w:rsidRPr="00111DC5">
        <w:rPr>
          <w:lang w:val="nl-NL"/>
        </w:rPr>
        <w:t>Woo</w:t>
      </w:r>
      <w:proofErr w:type="spellEnd"/>
      <w:r w:rsidRPr="00111DC5">
        <w:rPr>
          <w:lang w:val="nl-NL"/>
        </w:rPr>
        <w:t>).</w:t>
      </w:r>
    </w:p>
    <w:p w14:paraId="65FD2DA4" w14:textId="77777777" w:rsidR="00E12FA7" w:rsidRPr="00111DC5" w:rsidRDefault="00153D7A">
      <w:pPr>
        <w:spacing w:before="240"/>
        <w:rPr>
          <w:lang w:val="nl-NL"/>
        </w:rPr>
      </w:pPr>
      <w:r w:rsidRPr="00111DC5">
        <w:rPr>
          <w:rFonts w:ascii="Libre Baskerville" w:hAnsi="Libre Baskerville"/>
          <w:b/>
          <w:color w:val="0F2A22"/>
          <w:sz w:val="26"/>
          <w:lang w:val="nl-NL"/>
        </w:rPr>
        <w:t>Afhandeling</w:t>
      </w:r>
    </w:p>
    <w:p w14:paraId="3CCCE271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 xml:space="preserve">Ik verzoek u de documenten digitaal te verstrekken aan bovenstaand e-mailadres. </w:t>
      </w:r>
      <w:proofErr w:type="gramStart"/>
      <w:r w:rsidRPr="00111DC5">
        <w:rPr>
          <w:lang w:val="nl-NL"/>
        </w:rPr>
        <w:t>Indien</w:t>
      </w:r>
      <w:proofErr w:type="gramEnd"/>
      <w:r w:rsidRPr="00111DC5">
        <w:rPr>
          <w:lang w:val="nl-NL"/>
        </w:rPr>
        <w:t xml:space="preserve"> de documenten niet digitaal beschikbaar zijn, verzoek ik om inzage op het gemeentekantoor.</w:t>
      </w:r>
    </w:p>
    <w:p w14:paraId="1B17D82D" w14:textId="68523566" w:rsidR="00E12FA7" w:rsidRDefault="00A00010">
      <w:pPr>
        <w:rPr>
          <w:lang w:val="nl-NL"/>
        </w:rPr>
      </w:pPr>
      <w:proofErr w:type="gramStart"/>
      <w:r>
        <w:rPr>
          <w:lang w:val="nl-NL"/>
        </w:rPr>
        <w:t>Indien</w:t>
      </w:r>
      <w:proofErr w:type="gramEnd"/>
      <w:r>
        <w:rPr>
          <w:lang w:val="nl-NL"/>
        </w:rPr>
        <w:t xml:space="preserve"> (een deel van) de gevraagde informatie reeds openbaar beschikbaar is, verzoek ik u mij te verwijzen naar de vindplaats daarvan</w:t>
      </w:r>
      <w:r>
        <w:rPr>
          <w:lang w:val="nl-NL"/>
        </w:rPr>
        <w:t>.</w:t>
      </w:r>
    </w:p>
    <w:p w14:paraId="7561AB23" w14:textId="77777777" w:rsidR="00A00010" w:rsidRPr="00111DC5" w:rsidRDefault="00A00010">
      <w:pPr>
        <w:rPr>
          <w:lang w:val="nl-NL"/>
        </w:rPr>
      </w:pPr>
    </w:p>
    <w:p w14:paraId="7CCD08FD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Met vriendelijke groet,</w:t>
      </w:r>
    </w:p>
    <w:p w14:paraId="60DEDF86" w14:textId="77777777" w:rsidR="00E12FA7" w:rsidRPr="00111DC5" w:rsidRDefault="00E12FA7">
      <w:pPr>
        <w:rPr>
          <w:lang w:val="nl-NL"/>
        </w:rPr>
      </w:pPr>
    </w:p>
    <w:p w14:paraId="6131FD0E" w14:textId="77777777" w:rsidR="00E12FA7" w:rsidRPr="00111DC5" w:rsidRDefault="00153D7A">
      <w:pPr>
        <w:rPr>
          <w:lang w:val="nl-NL"/>
        </w:rPr>
      </w:pPr>
      <w:r w:rsidRPr="00111DC5">
        <w:rPr>
          <w:lang w:val="nl-NL"/>
        </w:rPr>
        <w:t>[VUL IN: handtekening / digitale ondertekening ...]</w:t>
      </w:r>
    </w:p>
    <w:sectPr w:rsidR="00E12FA7" w:rsidRPr="00111DC5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4171491">
    <w:abstractNumId w:val="8"/>
  </w:num>
  <w:num w:numId="2" w16cid:durableId="462233519">
    <w:abstractNumId w:val="6"/>
  </w:num>
  <w:num w:numId="3" w16cid:durableId="1659647574">
    <w:abstractNumId w:val="5"/>
  </w:num>
  <w:num w:numId="4" w16cid:durableId="685130647">
    <w:abstractNumId w:val="4"/>
  </w:num>
  <w:num w:numId="5" w16cid:durableId="964582101">
    <w:abstractNumId w:val="7"/>
  </w:num>
  <w:num w:numId="6" w16cid:durableId="1828667112">
    <w:abstractNumId w:val="3"/>
  </w:num>
  <w:num w:numId="7" w16cid:durableId="236942990">
    <w:abstractNumId w:val="2"/>
  </w:num>
  <w:num w:numId="8" w16cid:durableId="410742598">
    <w:abstractNumId w:val="1"/>
  </w:num>
  <w:num w:numId="9" w16cid:durableId="52587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1DC5"/>
    <w:rsid w:val="0015074B"/>
    <w:rsid w:val="00153D7A"/>
    <w:rsid w:val="00234D62"/>
    <w:rsid w:val="0029639D"/>
    <w:rsid w:val="00326F90"/>
    <w:rsid w:val="00A00010"/>
    <w:rsid w:val="00AA1D8D"/>
    <w:rsid w:val="00B47730"/>
    <w:rsid w:val="00CB0664"/>
    <w:rsid w:val="00E12F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E1A6D"/>
  <w14:defaultImageDpi w14:val="300"/>
  <w15:docId w15:val="{1B593D55-A477-E54B-BCD7-4D007780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120"/>
    </w:pPr>
    <w:rPr>
      <w:rFonts w:ascii="IBM Plex Sans" w:hAnsi="IBM Plex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11D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1D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1DC5"/>
    <w:rPr>
      <w:rFonts w:ascii="IBM Plex Sans" w:hAnsi="IBM Plex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1D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1DC5"/>
    <w:rPr>
      <w:rFonts w:ascii="IBM Plex Sans" w:hAnsi="IBM Plex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442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Calvin Schukkink</cp:lastModifiedBy>
  <cp:revision>2</cp:revision>
  <dcterms:created xsi:type="dcterms:W3CDTF">2013-12-23T23:15:00Z</dcterms:created>
  <dcterms:modified xsi:type="dcterms:W3CDTF">2026-08-13T06:46:00Z</dcterms:modified>
  <cp:category/>
</cp:coreProperties>
</file>